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745D65" w:rsidRDefault="00745D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17030" cy="96012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5" w:rsidRDefault="00745D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5D65" w:rsidRDefault="00745D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5D65" w:rsidRDefault="00745D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F207B0" w:rsidRPr="002019D4" w:rsidRDefault="002019D4">
      <w:pPr>
        <w:autoSpaceDE w:val="0"/>
        <w:autoSpaceDN w:val="0"/>
        <w:spacing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F207B0" w:rsidRPr="002019D4" w:rsidRDefault="002019D4">
      <w:pPr>
        <w:autoSpaceDE w:val="0"/>
        <w:autoSpaceDN w:val="0"/>
        <w:spacing w:before="346" w:after="0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2 класса на уровне начального общего образования составлена на основе «Требований к результатам освоения основной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F207B0" w:rsidRPr="002019D4" w:rsidRDefault="002019D4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207B0" w:rsidRPr="002019D4" w:rsidRDefault="002019D4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207B0" w:rsidRPr="002019D4" w:rsidRDefault="002019D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207B0" w:rsidRPr="002019D4" w:rsidRDefault="002019D4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66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/>
        <w:ind w:right="432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во 2 классе обязательно.</w:t>
      </w:r>
    </w:p>
    <w:p w:rsidR="00F207B0" w:rsidRPr="002019D4" w:rsidRDefault="002019D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F207B0" w:rsidRPr="002019D4" w:rsidRDefault="002019D4">
      <w:pPr>
        <w:autoSpaceDE w:val="0"/>
        <w:autoSpaceDN w:val="0"/>
        <w:spacing w:before="192"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во 2 классе отводится 1 час в неделю, всего 34 часа.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346" w:after="0" w:line="271" w:lineRule="auto"/>
        <w:ind w:right="576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Пастель и мелки — особенности и выразительные свойства графических материалов, приёмы работы.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Пропорции 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Штриховка. Умение внимательно рассматривать и анализировать форму натурного предмета.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F207B0" w:rsidRPr="002019D4" w:rsidRDefault="002019D4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Цвета основные и составные. Развитие навыков смешивания красок и получения нового цвета.</w:t>
      </w:r>
    </w:p>
    <w:p w:rsidR="00F207B0" w:rsidRPr="002019D4" w:rsidRDefault="002019D4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Приёмы работы гуашью. Разный характер мазков и движений кистью. Пастозное, плотное и прозрачное нанесение краски.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Акварель и её свойства. Акварельные кисти. Приёмы работы акварелью.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Цвет тёплый и холодный — цветовой контраст.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Цвет открытый — звонкий и приглушённый, тихий. Эмоциональная выразительность цвета.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 К. Айвазовского.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Скульптура»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proofErr w:type="gram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Лепка из пластилины или глины игрушки — сказочного животного по мотивам выбранного художественного народного промысла (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игрушка, дымковский петух,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каргопольский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Полкан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Рисунок геометрического орнамента кружева или вышивки.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Декоративная композиция. Ритм пятен в декоративной аппликации.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Поделки из подручных нехудожественных материалов.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Декоративные изображения животных в игрушках народных промыслов;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филимоновские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дымковские,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каргопольские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Построение игрового сказочного города из бумаги (на основе сворачивания геометрических тел —параллелепипедов разной высоты, цилиндров с прорезями и наклейками); завивание, скручивание и складывание полоски бумаги (например, гармошкой).</w:t>
      </w:r>
    </w:p>
    <w:p w:rsidR="00F207B0" w:rsidRPr="002019D4" w:rsidRDefault="002019D4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71" w:lineRule="auto"/>
        <w:ind w:right="1008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Восприятие орнаментальных произведений прикладного искусства (кружево, шитьё, резьба и роспись и др.).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произведений анималистического жанра в графике (произведения В. В.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и в скульптуре (произведения В. В.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). Наблюдение животных с точки зрения их пропорций, характера движения, пластики.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другом графическом редакторе).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простых сюжетов (например, образ дерева).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92" w:bottom="1440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F207B0" w:rsidRPr="002019D4" w:rsidRDefault="002019D4">
      <w:pPr>
        <w:autoSpaceDE w:val="0"/>
        <w:autoSpaceDN w:val="0"/>
        <w:spacing w:before="346"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F207B0" w:rsidRPr="002019D4" w:rsidRDefault="002019D4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207B0" w:rsidRPr="002019D4" w:rsidRDefault="002019D4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F207B0" w:rsidRPr="002019D4" w:rsidRDefault="002019D4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207B0" w:rsidRPr="002019D4" w:rsidRDefault="002019D4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207B0" w:rsidRPr="002019D4" w:rsidRDefault="002019D4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207B0" w:rsidRPr="002019D4" w:rsidRDefault="002019D4">
      <w:pPr>
        <w:autoSpaceDE w:val="0"/>
        <w:autoSpaceDN w:val="0"/>
        <w:spacing w:before="70" w:after="0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F207B0" w:rsidRPr="002019D4" w:rsidRDefault="002019D4">
      <w:pPr>
        <w:autoSpaceDE w:val="0"/>
        <w:autoSpaceDN w:val="0"/>
        <w:spacing w:before="262"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F207B0" w:rsidRPr="002019D4" w:rsidRDefault="002019D4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2019D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F207B0" w:rsidRPr="002019D4" w:rsidRDefault="002019D4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207B0" w:rsidRPr="002019D4" w:rsidRDefault="002019D4">
      <w:pPr>
        <w:autoSpaceDE w:val="0"/>
        <w:autoSpaceDN w:val="0"/>
        <w:spacing w:before="262"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207B0" w:rsidRPr="002019D4" w:rsidRDefault="002019D4">
      <w:pPr>
        <w:autoSpaceDE w:val="0"/>
        <w:autoSpaceDN w:val="0"/>
        <w:spacing w:before="166" w:after="0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F207B0" w:rsidRPr="002019D4" w:rsidRDefault="002019D4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особенности и приёмы работы новыми графическими художественными материалами;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66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выразительные свойства твёрдых, сухих, мягких и жидких графических материалов.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навыки изображения на основе разной по характеру и способу наложения линии. </w:t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2" w:after="0"/>
        <w:ind w:right="72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эмоциональную выразительность цвета: цвет звонкий и яркий, радостный; цвет </w:t>
      </w:r>
      <w:proofErr w:type="spellStart"/>
      <w:proofErr w:type="gram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мягкий,«</w:t>
      </w:r>
      <w:proofErr w:type="gram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глухой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» и мрачный и др.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абашевская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дымковская игрушки или с учётом местных промыслов). </w:t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 w:line="271" w:lineRule="auto"/>
        <w:ind w:right="144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86" w:right="684" w:bottom="42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78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71" w:lineRule="auto"/>
        <w:ind w:right="432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филимоновская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абашевская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, дымковская игрушки или с учётом местных промыслов).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207B0" w:rsidRPr="002019D4" w:rsidRDefault="002019D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Билибина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207B0" w:rsidRPr="002019D4" w:rsidRDefault="002019D4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2" w:after="0" w:line="271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понимание образа здания, то есть его эмоционального воздействия.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архитектурным постройкам.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2019D4">
        <w:rPr>
          <w:lang w:val="ru-RU"/>
        </w:rPr>
        <w:br/>
      </w: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207B0" w:rsidRPr="002019D4" w:rsidRDefault="002019D4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F207B0" w:rsidRPr="002019D4" w:rsidRDefault="002019D4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 П. Крымова и других по выбору учителя), а также художников-анималистов (В. В.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других по выбору учителя).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Ватагина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(и других по выбору учителя).</w:t>
      </w:r>
    </w:p>
    <w:p w:rsidR="00F207B0" w:rsidRPr="002019D4" w:rsidRDefault="002019D4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«Азбука цифровой </w:t>
      </w:r>
      <w:proofErr w:type="gramStart"/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графики»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</w:t>
      </w:r>
      <w:proofErr w:type="gram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возможности изображения с помощью разных видов линий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(или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98" w:right="696" w:bottom="416" w:left="666" w:header="720" w:footer="720" w:gutter="0"/>
          <w:cols w:space="720" w:equalWidth="0">
            <w:col w:w="10538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66" w:line="220" w:lineRule="exact"/>
        <w:rPr>
          <w:lang w:val="ru-RU"/>
        </w:rPr>
      </w:pPr>
    </w:p>
    <w:p w:rsidR="00F207B0" w:rsidRPr="002019D4" w:rsidRDefault="002019D4">
      <w:pPr>
        <w:autoSpaceDE w:val="0"/>
        <w:autoSpaceDN w:val="0"/>
        <w:spacing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другом графическом редакторе).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, а также построения из них простых рисунков или орнаментов.</w:t>
      </w:r>
    </w:p>
    <w:p w:rsidR="00F207B0" w:rsidRPr="002019D4" w:rsidRDefault="002019D4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в компьютерном редакторе (например,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:rsidR="00F207B0" w:rsidRPr="002019D4" w:rsidRDefault="002019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019D4">
        <w:rPr>
          <w:lang w:val="ru-RU"/>
        </w:rPr>
        <w:tab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:rsidR="00F207B0" w:rsidRPr="002019D4" w:rsidRDefault="002019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Участвовать в обсуждении композиционного построения кадра в фотографии.</w:t>
      </w:r>
    </w:p>
    <w:p w:rsidR="00F207B0" w:rsidRPr="002019D4" w:rsidRDefault="00F207B0">
      <w:pPr>
        <w:rPr>
          <w:lang w:val="ru-RU"/>
        </w:rPr>
        <w:sectPr w:rsidR="00F207B0" w:rsidRPr="002019D4">
          <w:pgSz w:w="11900" w:h="16840"/>
          <w:pgMar w:top="286" w:right="726" w:bottom="1440" w:left="666" w:header="720" w:footer="720" w:gutter="0"/>
          <w:cols w:space="720" w:equalWidth="0">
            <w:col w:w="10508" w:space="0"/>
          </w:cols>
          <w:docGrid w:linePitch="360"/>
        </w:sectPr>
      </w:pPr>
    </w:p>
    <w:p w:rsidR="00F207B0" w:rsidRPr="002019D4" w:rsidRDefault="00F207B0">
      <w:pPr>
        <w:autoSpaceDE w:val="0"/>
        <w:autoSpaceDN w:val="0"/>
        <w:spacing w:after="64" w:line="220" w:lineRule="exact"/>
        <w:rPr>
          <w:lang w:val="ru-RU"/>
        </w:rPr>
      </w:pPr>
    </w:p>
    <w:p w:rsidR="002019D4" w:rsidRDefault="002019D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05"/>
        <w:gridCol w:w="528"/>
        <w:gridCol w:w="1105"/>
        <w:gridCol w:w="1143"/>
        <w:gridCol w:w="803"/>
        <w:gridCol w:w="2992"/>
        <w:gridCol w:w="1081"/>
        <w:gridCol w:w="3881"/>
      </w:tblGrid>
      <w:tr w:rsidR="002019D4" w:rsidTr="002019D4">
        <w:trPr>
          <w:trHeight w:val="330"/>
        </w:trPr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 w:line="264" w:lineRule="auto"/>
              <w:ind w:left="83" w:right="133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№</w:t>
            </w:r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r>
              <w:rPr>
                <w:b/>
                <w:sz w:val="15"/>
                <w:lang w:val="en-US"/>
              </w:rPr>
              <w:t>п/п</w:t>
            </w:r>
          </w:p>
        </w:tc>
        <w:tc>
          <w:tcPr>
            <w:tcW w:w="3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 w:rsidRPr="002019D4">
              <w:rPr>
                <w:b/>
                <w:w w:val="95"/>
                <w:sz w:val="15"/>
              </w:rPr>
              <w:t>Наименование</w:t>
            </w:r>
            <w:r w:rsidRPr="002019D4">
              <w:rPr>
                <w:b/>
                <w:spacing w:val="44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разделов</w:t>
            </w:r>
            <w:r w:rsidRPr="002019D4">
              <w:rPr>
                <w:b/>
                <w:spacing w:val="55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и</w:t>
            </w:r>
            <w:r w:rsidRPr="002019D4">
              <w:rPr>
                <w:b/>
                <w:spacing w:val="31"/>
                <w:w w:val="95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тем</w:t>
            </w:r>
            <w:r w:rsidRPr="002019D4">
              <w:rPr>
                <w:b/>
                <w:spacing w:val="38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Количество</w:t>
            </w:r>
            <w:proofErr w:type="spellEnd"/>
            <w:r>
              <w:rPr>
                <w:b/>
                <w:spacing w:val="1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часов</w:t>
            </w:r>
            <w:proofErr w:type="spellEnd"/>
          </w:p>
        </w:tc>
        <w:tc>
          <w:tcPr>
            <w:tcW w:w="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 w:line="264" w:lineRule="auto"/>
              <w:ind w:left="82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Дата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w w:val="95"/>
                <w:sz w:val="15"/>
                <w:lang w:val="en-US"/>
              </w:rPr>
              <w:t>изучения</w:t>
            </w:r>
            <w:proofErr w:type="spellEnd"/>
          </w:p>
        </w:tc>
        <w:tc>
          <w:tcPr>
            <w:tcW w:w="2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ind w:left="86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Виды</w:t>
            </w:r>
            <w:proofErr w:type="spellEnd"/>
            <w:r>
              <w:rPr>
                <w:b/>
                <w:spacing w:val="13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деятельности</w:t>
            </w:r>
            <w:proofErr w:type="spellEnd"/>
          </w:p>
        </w:tc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 w:line="264" w:lineRule="auto"/>
              <w:ind w:left="81" w:right="106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Виды</w:t>
            </w:r>
            <w:proofErr w:type="spellEnd"/>
            <w:r>
              <w:rPr>
                <w:b/>
                <w:sz w:val="15"/>
                <w:lang w:val="en-US"/>
              </w:rPr>
              <w:t>,</w:t>
            </w:r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формы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w w:val="95"/>
                <w:sz w:val="15"/>
                <w:lang w:val="en-US"/>
              </w:rPr>
              <w:t>контроля</w:t>
            </w:r>
            <w:proofErr w:type="spellEnd"/>
          </w:p>
        </w:tc>
        <w:tc>
          <w:tcPr>
            <w:tcW w:w="3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ind w:left="84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Электронные</w:t>
            </w:r>
            <w:proofErr w:type="spellEnd"/>
            <w:r>
              <w:rPr>
                <w:b/>
                <w:spacing w:val="22"/>
                <w:sz w:val="15"/>
                <w:lang w:val="en-US"/>
              </w:rPr>
              <w:t xml:space="preserve"> </w:t>
            </w:r>
            <w:r>
              <w:rPr>
                <w:b/>
                <w:sz w:val="15"/>
                <w:lang w:val="en-US"/>
              </w:rPr>
              <w:t>(</w:t>
            </w:r>
            <w:proofErr w:type="spellStart"/>
            <w:r>
              <w:rPr>
                <w:b/>
                <w:sz w:val="15"/>
                <w:lang w:val="en-US"/>
              </w:rPr>
              <w:t>цифровые</w:t>
            </w:r>
            <w:proofErr w:type="spellEnd"/>
            <w:r>
              <w:rPr>
                <w:b/>
                <w:sz w:val="15"/>
                <w:lang w:val="en-US"/>
              </w:rPr>
              <w:t>)</w:t>
            </w:r>
            <w:r>
              <w:rPr>
                <w:b/>
                <w:spacing w:val="1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образовательные</w:t>
            </w:r>
            <w:proofErr w:type="spellEnd"/>
            <w:r>
              <w:rPr>
                <w:b/>
                <w:spacing w:val="2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ресурсы</w:t>
            </w:r>
            <w:proofErr w:type="spellEnd"/>
          </w:p>
        </w:tc>
      </w:tr>
      <w:tr w:rsidR="002019D4" w:rsidTr="00766E9C">
        <w:trPr>
          <w:trHeight w:val="527"/>
        </w:trPr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9D4" w:rsidRDefault="002019D4">
            <w:pPr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</w:tc>
        <w:tc>
          <w:tcPr>
            <w:tcW w:w="35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9D4" w:rsidRDefault="002019D4">
            <w:pPr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всего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 w:line="266" w:lineRule="auto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контрольные</w:t>
            </w:r>
            <w:proofErr w:type="spellEnd"/>
            <w:r>
              <w:rPr>
                <w:b/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работы</w:t>
            </w:r>
            <w:proofErr w:type="spell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 w:line="266" w:lineRule="auto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практические</w:t>
            </w:r>
            <w:proofErr w:type="spellEnd"/>
            <w:r>
              <w:rPr>
                <w:b/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работы</w:t>
            </w:r>
            <w:proofErr w:type="spellEnd"/>
          </w:p>
        </w:tc>
        <w:tc>
          <w:tcPr>
            <w:tcW w:w="8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9D4" w:rsidRDefault="002019D4">
            <w:pPr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</w:tc>
        <w:tc>
          <w:tcPr>
            <w:tcW w:w="2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9D4" w:rsidRDefault="002019D4">
            <w:pPr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</w:tc>
        <w:tc>
          <w:tcPr>
            <w:tcW w:w="10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9D4" w:rsidRDefault="002019D4">
            <w:pPr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</w:tc>
        <w:tc>
          <w:tcPr>
            <w:tcW w:w="3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19D4" w:rsidRDefault="002019D4">
            <w:pPr>
              <w:rPr>
                <w:rFonts w:ascii="Times New Roman" w:eastAsia="Times New Roman" w:hAnsi="Times New Roman" w:cs="Times New Roman"/>
                <w:b/>
                <w:sz w:val="15"/>
              </w:rPr>
            </w:pPr>
          </w:p>
        </w:tc>
      </w:tr>
      <w:tr w:rsidR="002019D4" w:rsidTr="002019D4">
        <w:trPr>
          <w:trHeight w:val="330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1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1.</w:t>
            </w:r>
            <w:r>
              <w:rPr>
                <w:spacing w:val="1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Графика</w:t>
            </w:r>
            <w:proofErr w:type="spellEnd"/>
          </w:p>
        </w:tc>
      </w:tr>
      <w:tr w:rsidR="002019D4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 w:line="264" w:lineRule="auto"/>
              <w:ind w:left="83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Ритм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линий. Выразительность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линии.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Художественные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материалы для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линейного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рисунка 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свойства.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Развитие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навыков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линейного</w:t>
            </w:r>
            <w:proofErr w:type="spellEnd"/>
            <w:r>
              <w:rPr>
                <w:b/>
                <w:spacing w:val="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рисунка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766E9C" w:rsidRDefault="00766E9C">
            <w:pPr>
              <w:pStyle w:val="TableParagraph"/>
              <w:spacing w:before="75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spacing w:before="75"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Осваивать приёмы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графическими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материалами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навыки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линейного</w:t>
            </w:r>
            <w:r w:rsidRPr="002019D4">
              <w:rPr>
                <w:spacing w:val="1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рисунка.;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7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8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9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109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spacing w:before="71" w:line="264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Пастель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 мелки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—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особенности 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выразительные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свойства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графических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материалов,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приёмы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работы.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766E9C" w:rsidRDefault="00766E9C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spacing w:before="71"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приёмы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учиться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понимать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особенности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художественных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материалов</w:t>
            </w:r>
            <w:r w:rsidRPr="002019D4">
              <w:rPr>
                <w:spacing w:val="6"/>
                <w:sz w:val="15"/>
              </w:rPr>
              <w:t xml:space="preserve"> </w:t>
            </w:r>
            <w:r w:rsidRPr="002019D4">
              <w:rPr>
                <w:sz w:val="15"/>
              </w:rPr>
              <w:t>—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пастели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1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мелков.;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0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1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2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5" w:line="264" w:lineRule="auto"/>
              <w:ind w:left="83" w:right="890"/>
              <w:jc w:val="both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Ритм пятен: знакомство с основами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композиции.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Расположение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пятна</w:t>
            </w:r>
          </w:p>
          <w:p w:rsidR="00766E9C" w:rsidRPr="002019D4" w:rsidRDefault="00766E9C">
            <w:pPr>
              <w:pStyle w:val="TableParagraph"/>
              <w:spacing w:before="1" w:line="264" w:lineRule="auto"/>
              <w:ind w:left="83" w:right="641"/>
              <w:jc w:val="both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на плоскости листа: сгущение, разброс,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доминанта, равновесие, спокойствие 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движение.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A205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5" w:line="264" w:lineRule="auto"/>
              <w:ind w:left="86" w:right="97"/>
              <w:rPr>
                <w:sz w:val="15"/>
              </w:rPr>
            </w:pPr>
            <w:r w:rsidRPr="002019D4">
              <w:rPr>
                <w:sz w:val="15"/>
              </w:rPr>
              <w:t>Выполнить пастелью</w:t>
            </w:r>
            <w:r w:rsidRPr="002019D4">
              <w:rPr>
                <w:spacing w:val="37"/>
                <w:sz w:val="15"/>
              </w:rPr>
              <w:t xml:space="preserve"> </w:t>
            </w:r>
            <w:r w:rsidRPr="002019D4">
              <w:rPr>
                <w:sz w:val="15"/>
              </w:rPr>
              <w:t>рисунок</w:t>
            </w:r>
            <w:r w:rsidRPr="002019D4">
              <w:rPr>
                <w:spacing w:val="38"/>
                <w:sz w:val="15"/>
              </w:rPr>
              <w:t xml:space="preserve"> </w:t>
            </w:r>
            <w:r w:rsidRPr="002019D4">
              <w:rPr>
                <w:sz w:val="15"/>
              </w:rPr>
              <w:t>на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заданную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тему,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например,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«Букет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цветов»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или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«Золотой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осенний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лес</w:t>
            </w:r>
            <w:proofErr w:type="gramStart"/>
            <w:r w:rsidRPr="002019D4">
              <w:rPr>
                <w:sz w:val="15"/>
              </w:rPr>
              <w:t>».;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3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4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5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1.4.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 w:line="264" w:lineRule="auto"/>
              <w:ind w:left="83" w:right="152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Пропорции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—</w:t>
            </w:r>
            <w:r w:rsidRPr="002019D4">
              <w:rPr>
                <w:b/>
                <w:spacing w:val="2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соотношение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частей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целого.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Развитие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аналитических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навыков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сравнения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пропорций.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Выразительные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свойства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пропорций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  <w:r>
              <w:rPr>
                <w:b/>
                <w:spacing w:val="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Рисунки</w:t>
            </w:r>
            <w:proofErr w:type="spellEnd"/>
            <w:r>
              <w:rPr>
                <w:b/>
                <w:spacing w:val="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различных</w:t>
            </w:r>
            <w:proofErr w:type="spellEnd"/>
            <w:r>
              <w:rPr>
                <w:b/>
                <w:spacing w:val="1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птиц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A205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1"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Рассматривать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разных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птиц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(по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фотографиям)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характеризовать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соотношения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пропорций</w:t>
            </w:r>
            <w:r w:rsidRPr="002019D4">
              <w:rPr>
                <w:spacing w:val="19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17"/>
                <w:sz w:val="15"/>
              </w:rPr>
              <w:t xml:space="preserve"> </w:t>
            </w:r>
            <w:r w:rsidRPr="002019D4">
              <w:rPr>
                <w:sz w:val="15"/>
              </w:rPr>
              <w:t>их</w:t>
            </w:r>
            <w:r w:rsidRPr="002019D4">
              <w:rPr>
                <w:spacing w:val="10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строении.;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6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7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8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1.5.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5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Рисунок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натуры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простого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A205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5" w:line="264" w:lineRule="auto"/>
              <w:ind w:left="86" w:right="97"/>
              <w:rPr>
                <w:sz w:val="15"/>
              </w:rPr>
            </w:pPr>
            <w:r w:rsidRPr="002019D4">
              <w:rPr>
                <w:w w:val="95"/>
                <w:sz w:val="15"/>
              </w:rPr>
              <w:t>Выполнить</w:t>
            </w:r>
            <w:r w:rsidRPr="002019D4">
              <w:rPr>
                <w:spacing w:val="33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простым</w:t>
            </w:r>
            <w:r w:rsidRPr="002019D4">
              <w:rPr>
                <w:spacing w:val="70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карандашом</w:t>
            </w:r>
            <w:r w:rsidRPr="002019D4">
              <w:rPr>
                <w:spacing w:val="69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рисунок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sz w:val="15"/>
              </w:rPr>
              <w:t>с натуры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простого предмета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(например,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предметов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своего письменного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стола) или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небольшого</w:t>
            </w:r>
            <w:r w:rsidRPr="002019D4">
              <w:rPr>
                <w:spacing w:val="10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фрукта.;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9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20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21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411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1.6.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1"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Расположение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 листе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бумаги.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Определение</w:t>
            </w:r>
            <w:r w:rsidRPr="002019D4">
              <w:rPr>
                <w:b/>
                <w:spacing w:val="2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формы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предмета.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Соотношение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частей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предмета.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Светлые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 тёмные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части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предмета,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тень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под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предметом.</w:t>
            </w:r>
            <w:r w:rsidRPr="002019D4">
              <w:rPr>
                <w:b/>
                <w:spacing w:val="1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Штриховка.</w:t>
            </w:r>
          </w:p>
          <w:p w:rsidR="00766E9C" w:rsidRPr="002019D4" w:rsidRDefault="00766E9C">
            <w:pPr>
              <w:pStyle w:val="TableParagraph"/>
              <w:spacing w:before="2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Умение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внимательно</w:t>
            </w:r>
            <w:r w:rsidRPr="002019D4">
              <w:rPr>
                <w:b/>
                <w:spacing w:val="2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рассматривать</w:t>
            </w:r>
          </w:p>
          <w:p w:rsidR="00766E9C" w:rsidRPr="002019D4" w:rsidRDefault="00766E9C">
            <w:pPr>
              <w:pStyle w:val="TableParagraph"/>
              <w:spacing w:before="20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анализировать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форму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натурного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предмета.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A205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1"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Приобретать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тренировать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навык</w:t>
            </w:r>
            <w:r w:rsidRPr="002019D4">
              <w:rPr>
                <w:spacing w:val="-3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штриховки.;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1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22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23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24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1.7.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5" w:line="264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Рисунок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животного с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активным</w:t>
            </w:r>
            <w:r w:rsidRPr="002019D4">
              <w:rPr>
                <w:b/>
                <w:spacing w:val="3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выражением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его характера.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Аналитическое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рассматривание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графики, произведений, созданных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анималистическом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жанре.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A205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75"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последовательность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этапов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ведения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рисунка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с</w:t>
            </w:r>
            <w:r w:rsidRPr="002019D4">
              <w:rPr>
                <w:spacing w:val="8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натуры.;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75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25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26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27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330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1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7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5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75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1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r>
              <w:rPr>
                <w:spacing w:val="1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Живопись</w:t>
            </w:r>
            <w:proofErr w:type="spellEnd"/>
          </w:p>
        </w:tc>
      </w:tr>
    </w:tbl>
    <w:p w:rsidR="002019D4" w:rsidRDefault="002019D4" w:rsidP="002019D4">
      <w:pPr>
        <w:rPr>
          <w:sz w:val="15"/>
        </w:rPr>
        <w:sectPr w:rsidR="002019D4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05"/>
        <w:gridCol w:w="528"/>
        <w:gridCol w:w="1105"/>
        <w:gridCol w:w="1143"/>
        <w:gridCol w:w="803"/>
        <w:gridCol w:w="2992"/>
        <w:gridCol w:w="1081"/>
        <w:gridCol w:w="3881"/>
      </w:tblGrid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lastRenderedPageBreak/>
              <w:t>2.1.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Цвета основные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составные.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Развитие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навыков смешивания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красок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 получения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нового</w:t>
            </w:r>
            <w:r w:rsidRPr="002019D4">
              <w:rPr>
                <w:b/>
                <w:spacing w:val="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цвета.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1109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Узнавать названия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основных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составных</w:t>
            </w:r>
            <w:r w:rsidRPr="002019D4">
              <w:rPr>
                <w:spacing w:val="-3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цветов.;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28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29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30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71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Приёмы работы гуашью.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Разный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характер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мазков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движений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кистью.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766E9C" w:rsidRDefault="00766E9C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1109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71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особенности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 выразительные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возможности</w:t>
            </w:r>
            <w:r w:rsidRPr="002019D4">
              <w:rPr>
                <w:spacing w:val="18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кроющей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краской</w:t>
            </w:r>
          </w:p>
          <w:p w:rsidR="00766E9C" w:rsidRDefault="00766E9C">
            <w:pPr>
              <w:pStyle w:val="TableParagraph"/>
              <w:spacing w:before="0" w:line="163" w:lineRule="exact"/>
              <w:ind w:left="86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«</w:t>
            </w:r>
            <w:proofErr w:type="spellStart"/>
            <w:proofErr w:type="gramStart"/>
            <w:r>
              <w:rPr>
                <w:sz w:val="15"/>
                <w:lang w:val="en-US"/>
              </w:rPr>
              <w:t>гуашь</w:t>
            </w:r>
            <w:proofErr w:type="spellEnd"/>
            <w:proofErr w:type="gramEnd"/>
            <w:r>
              <w:rPr>
                <w:sz w:val="15"/>
                <w:lang w:val="en-US"/>
              </w:rPr>
              <w:t>».;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31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32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33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Пастозное, плотное 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прозрачное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нанесение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краски.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1109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214"/>
              <w:rPr>
                <w:sz w:val="15"/>
              </w:rPr>
            </w:pPr>
            <w:r w:rsidRPr="002019D4">
              <w:rPr>
                <w:sz w:val="15"/>
              </w:rPr>
              <w:t>Приобретать опыт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акварелью 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понимать особенности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прозрачной</w:t>
            </w:r>
            <w:r w:rsidRPr="002019D4">
              <w:rPr>
                <w:spacing w:val="10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краской.;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34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35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36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2.4.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3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Акварель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её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свойства.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Акварельные</w:t>
            </w:r>
            <w:r w:rsidRPr="002019D4">
              <w:rPr>
                <w:b/>
                <w:spacing w:val="2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кисти.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Приёмы</w:t>
            </w:r>
            <w:proofErr w:type="spellEnd"/>
            <w:r>
              <w:rPr>
                <w:b/>
                <w:spacing w:val="12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работы</w:t>
            </w:r>
            <w:proofErr w:type="spellEnd"/>
            <w:r>
              <w:rPr>
                <w:b/>
                <w:spacing w:val="12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акварелью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1109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214"/>
              <w:rPr>
                <w:sz w:val="15"/>
              </w:rPr>
            </w:pPr>
            <w:r w:rsidRPr="002019D4">
              <w:rPr>
                <w:sz w:val="15"/>
              </w:rPr>
              <w:t>Приобретать опыт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акварелью 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понимать особенности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работы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прозрачной</w:t>
            </w:r>
            <w:r w:rsidRPr="002019D4">
              <w:rPr>
                <w:spacing w:val="10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краской.;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37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38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39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2.5.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6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Цвета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тёплый</w:t>
            </w:r>
            <w:r w:rsidRPr="002019D4">
              <w:rPr>
                <w:b/>
                <w:spacing w:val="1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холодный</w:t>
            </w:r>
            <w:r w:rsidRPr="002019D4">
              <w:rPr>
                <w:b/>
                <w:spacing w:val="2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(цветовой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контраст).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1109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Узнавать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3"/>
                <w:sz w:val="15"/>
              </w:rPr>
              <w:t xml:space="preserve"> </w:t>
            </w:r>
            <w:r w:rsidRPr="002019D4">
              <w:rPr>
                <w:sz w:val="15"/>
              </w:rPr>
              <w:t>различать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тёплый</w:t>
            </w:r>
            <w:r w:rsidRPr="002019D4">
              <w:rPr>
                <w:spacing w:val="13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3"/>
                <w:sz w:val="15"/>
              </w:rPr>
              <w:t xml:space="preserve"> </w:t>
            </w:r>
            <w:r w:rsidRPr="002019D4">
              <w:rPr>
                <w:sz w:val="15"/>
              </w:rPr>
              <w:t>холодный</w:t>
            </w:r>
            <w:r w:rsidRPr="002019D4">
              <w:rPr>
                <w:spacing w:val="-3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цвета.;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6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40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41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42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2.6.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71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Цвета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тёмный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светлый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(тональные</w:t>
            </w:r>
            <w:r w:rsidRPr="002019D4">
              <w:rPr>
                <w:b/>
                <w:spacing w:val="-3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отношения).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1109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71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Узнавать</w:t>
            </w:r>
            <w:r w:rsidRPr="002019D4">
              <w:rPr>
                <w:spacing w:val="4"/>
                <w:sz w:val="15"/>
              </w:rPr>
              <w:t xml:space="preserve"> </w:t>
            </w:r>
            <w:r w:rsidRPr="002019D4">
              <w:rPr>
                <w:sz w:val="15"/>
              </w:rPr>
              <w:t>о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делении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цвета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на</w:t>
            </w:r>
            <w:r w:rsidRPr="002019D4">
              <w:rPr>
                <w:spacing w:val="6"/>
                <w:sz w:val="15"/>
              </w:rPr>
              <w:t xml:space="preserve"> </w:t>
            </w:r>
            <w:r w:rsidRPr="002019D4">
              <w:rPr>
                <w:sz w:val="15"/>
              </w:rPr>
              <w:t>тёплый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холодный</w:t>
            </w:r>
            <w:proofErr w:type="gramStart"/>
            <w:r w:rsidRPr="002019D4">
              <w:rPr>
                <w:sz w:val="15"/>
              </w:rPr>
              <w:t>.</w:t>
            </w:r>
            <w:r w:rsidRPr="002019D4">
              <w:rPr>
                <w:spacing w:val="3"/>
                <w:sz w:val="15"/>
              </w:rPr>
              <w:t xml:space="preserve"> </w:t>
            </w:r>
            <w:r w:rsidRPr="002019D4">
              <w:rPr>
                <w:sz w:val="15"/>
              </w:rPr>
              <w:t>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43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44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45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2.7.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Затемнение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цвета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помощью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тёмной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краски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разбеление</w:t>
            </w:r>
            <w:proofErr w:type="spellEnd"/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цвета.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Эмоциональная</w:t>
            </w:r>
          </w:p>
          <w:p w:rsidR="00766E9C" w:rsidRPr="002019D4" w:rsidRDefault="00766E9C">
            <w:pPr>
              <w:pStyle w:val="TableParagraph"/>
              <w:spacing w:before="0"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выразительность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цветовых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состояний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отношений.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D0E9D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 w:rsidRPr="002019D4">
              <w:rPr>
                <w:w w:val="95"/>
                <w:sz w:val="15"/>
              </w:rPr>
              <w:t>Сравнивать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и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различать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тёмные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и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светлые</w:t>
            </w:r>
            <w:r w:rsidRPr="002019D4">
              <w:rPr>
                <w:spacing w:val="-33"/>
                <w:w w:val="95"/>
                <w:sz w:val="15"/>
              </w:rPr>
              <w:t xml:space="preserve"> </w:t>
            </w:r>
            <w:r w:rsidRPr="002019D4">
              <w:rPr>
                <w:sz w:val="15"/>
              </w:rPr>
              <w:t>оттенки</w:t>
            </w:r>
            <w:r w:rsidRPr="002019D4">
              <w:rPr>
                <w:spacing w:val="3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цвета.;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6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46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47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48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2.8.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3" w:right="152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Цвет открытый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—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звонкий и цвет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приглушённый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— тихий.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Эмоциональная</w:t>
            </w:r>
            <w:proofErr w:type="spellEnd"/>
            <w:r>
              <w:rPr>
                <w:b/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выразительность</w:t>
            </w:r>
            <w:proofErr w:type="spellEnd"/>
            <w:r>
              <w:rPr>
                <w:b/>
                <w:spacing w:val="7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цвета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D0E9D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6" w:right="58"/>
              <w:jc w:val="both"/>
              <w:rPr>
                <w:sz w:val="15"/>
                <w:lang w:val="en-US"/>
              </w:rPr>
            </w:pPr>
            <w:r w:rsidRPr="002019D4">
              <w:rPr>
                <w:sz w:val="15"/>
              </w:rPr>
              <w:t>Осваивать эмоциональное звучание цвета: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 xml:space="preserve">цвет звонкий, яркий, глухой. </w:t>
            </w:r>
            <w:proofErr w:type="spellStart"/>
            <w:r>
              <w:rPr>
                <w:sz w:val="15"/>
                <w:lang w:val="en-US"/>
              </w:rPr>
              <w:t>Приобретать</w:t>
            </w:r>
            <w:proofErr w:type="spellEnd"/>
            <w:r>
              <w:rPr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навыки</w:t>
            </w:r>
            <w:proofErr w:type="spellEnd"/>
            <w:r>
              <w:rPr>
                <w:spacing w:val="8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работы</w:t>
            </w:r>
            <w:proofErr w:type="spellEnd"/>
            <w:r>
              <w:rPr>
                <w:spacing w:val="9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с</w:t>
            </w:r>
            <w:r>
              <w:rPr>
                <w:spacing w:val="3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цветом</w:t>
            </w:r>
            <w:proofErr w:type="spellEnd"/>
            <w:r>
              <w:rPr>
                <w:sz w:val="15"/>
                <w:lang w:val="en-US"/>
              </w:rPr>
              <w:t>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49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50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51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2.9.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Изображение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природы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(моря) 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разных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контрастных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состояниях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погоды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</w:p>
          <w:p w:rsidR="00766E9C" w:rsidRPr="002019D4" w:rsidRDefault="00766E9C">
            <w:pPr>
              <w:pStyle w:val="TableParagraph"/>
              <w:spacing w:before="2" w:line="264" w:lineRule="auto"/>
              <w:ind w:left="83" w:right="227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соответствующих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цветовых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состояниях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(туман,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нежное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утро,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гроза,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буря,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ветер;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выбору</w:t>
            </w:r>
            <w:r w:rsidRPr="002019D4">
              <w:rPr>
                <w:b/>
                <w:spacing w:val="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учителя).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766E9C" w:rsidRDefault="00766E9C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6D0E9D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Выполнить</w:t>
            </w:r>
            <w:r w:rsidRPr="002019D4">
              <w:rPr>
                <w:spacing w:val="17"/>
                <w:sz w:val="15"/>
              </w:rPr>
              <w:t xml:space="preserve"> </w:t>
            </w:r>
            <w:r w:rsidRPr="002019D4">
              <w:rPr>
                <w:sz w:val="15"/>
              </w:rPr>
              <w:t>пейзажи,</w:t>
            </w:r>
            <w:r w:rsidRPr="002019D4">
              <w:rPr>
                <w:spacing w:val="18"/>
                <w:sz w:val="15"/>
              </w:rPr>
              <w:t xml:space="preserve"> </w:t>
            </w:r>
            <w:r w:rsidRPr="002019D4">
              <w:rPr>
                <w:sz w:val="15"/>
              </w:rPr>
              <w:t>передающие</w:t>
            </w:r>
            <w:r w:rsidRPr="002019D4">
              <w:rPr>
                <w:spacing w:val="33"/>
                <w:sz w:val="15"/>
              </w:rPr>
              <w:t xml:space="preserve"> </w:t>
            </w:r>
            <w:r w:rsidRPr="002019D4">
              <w:rPr>
                <w:sz w:val="15"/>
              </w:rPr>
              <w:t>разные</w:t>
            </w:r>
            <w:r w:rsidRPr="002019D4">
              <w:rPr>
                <w:spacing w:val="-34"/>
                <w:sz w:val="15"/>
              </w:rPr>
              <w:t xml:space="preserve"> </w:t>
            </w:r>
            <w:r w:rsidRPr="002019D4">
              <w:rPr>
                <w:sz w:val="15"/>
              </w:rPr>
              <w:t>состояния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погоды</w:t>
            </w:r>
            <w:r w:rsidRPr="002019D4">
              <w:rPr>
                <w:spacing w:val="18"/>
                <w:sz w:val="15"/>
              </w:rPr>
              <w:t xml:space="preserve"> </w:t>
            </w:r>
            <w:r w:rsidRPr="002019D4">
              <w:rPr>
                <w:sz w:val="15"/>
              </w:rPr>
              <w:t>(туман,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гроза,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солнце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др.)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на</w:t>
            </w:r>
            <w:r w:rsidRPr="002019D4">
              <w:rPr>
                <w:spacing w:val="13"/>
                <w:sz w:val="15"/>
              </w:rPr>
              <w:t xml:space="preserve"> </w:t>
            </w:r>
            <w:r w:rsidRPr="002019D4">
              <w:rPr>
                <w:sz w:val="15"/>
              </w:rPr>
              <w:t>основе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изменения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тонального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 xml:space="preserve">звучания </w:t>
            </w:r>
            <w:proofErr w:type="gramStart"/>
            <w:r w:rsidRPr="002019D4">
              <w:rPr>
                <w:sz w:val="15"/>
              </w:rPr>
              <w:t>цвета.;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52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53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54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</w:tbl>
    <w:p w:rsidR="002019D4" w:rsidRDefault="002019D4" w:rsidP="002019D4">
      <w:pPr>
        <w:spacing w:line="264" w:lineRule="auto"/>
        <w:rPr>
          <w:sz w:val="15"/>
        </w:rPr>
        <w:sectPr w:rsidR="002019D4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05"/>
        <w:gridCol w:w="528"/>
        <w:gridCol w:w="1105"/>
        <w:gridCol w:w="1143"/>
        <w:gridCol w:w="803"/>
        <w:gridCol w:w="2992"/>
        <w:gridCol w:w="1081"/>
        <w:gridCol w:w="3881"/>
      </w:tblGrid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63" w:right="47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lastRenderedPageBreak/>
              <w:t>2.10.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Произведения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художника-мариниста</w:t>
            </w:r>
            <w:r w:rsidRPr="002019D4">
              <w:rPr>
                <w:b/>
                <w:spacing w:val="2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  К.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Айвазовского.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463FBC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Запоминать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узнавать</w:t>
            </w:r>
            <w:r w:rsidRPr="002019D4">
              <w:rPr>
                <w:spacing w:val="19"/>
                <w:sz w:val="15"/>
              </w:rPr>
              <w:t xml:space="preserve"> </w:t>
            </w:r>
            <w:r w:rsidRPr="002019D4">
              <w:rPr>
                <w:sz w:val="15"/>
              </w:rPr>
              <w:t>известные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картины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художника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К.</w:t>
            </w:r>
            <w:r w:rsidRPr="002019D4">
              <w:rPr>
                <w:spacing w:val="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Айвазовского.;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55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56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57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63" w:right="47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2.11.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3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Изображение сказочного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персонажа с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ярко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выраженным</w:t>
            </w:r>
            <w:r w:rsidRPr="002019D4">
              <w:rPr>
                <w:b/>
                <w:spacing w:val="1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характером.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Образ</w:t>
            </w:r>
            <w:proofErr w:type="spellEnd"/>
            <w:r>
              <w:rPr>
                <w:b/>
                <w:spacing w:val="16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мужской</w:t>
            </w:r>
            <w:proofErr w:type="spellEnd"/>
            <w:r>
              <w:rPr>
                <w:b/>
                <w:spacing w:val="19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или</w:t>
            </w:r>
            <w:proofErr w:type="spellEnd"/>
            <w:r>
              <w:rPr>
                <w:b/>
                <w:spacing w:val="-34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женский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463FBC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Выполнить красками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рисунки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контрастных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сказочных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персонажей,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показывая</w:t>
            </w:r>
            <w:r w:rsidRPr="002019D4">
              <w:rPr>
                <w:spacing w:val="20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25"/>
                <w:sz w:val="15"/>
              </w:rPr>
              <w:t xml:space="preserve"> </w:t>
            </w:r>
            <w:r w:rsidRPr="002019D4">
              <w:rPr>
                <w:sz w:val="15"/>
              </w:rPr>
              <w:t>изображении</w:t>
            </w:r>
            <w:r w:rsidRPr="002019D4">
              <w:rPr>
                <w:spacing w:val="26"/>
                <w:sz w:val="15"/>
              </w:rPr>
              <w:t xml:space="preserve"> </w:t>
            </w:r>
            <w:r w:rsidRPr="002019D4">
              <w:rPr>
                <w:sz w:val="15"/>
              </w:rPr>
              <w:t>их</w:t>
            </w:r>
            <w:r w:rsidRPr="002019D4">
              <w:rPr>
                <w:spacing w:val="19"/>
                <w:sz w:val="15"/>
              </w:rPr>
              <w:t xml:space="preserve"> </w:t>
            </w:r>
            <w:r w:rsidRPr="002019D4">
              <w:rPr>
                <w:sz w:val="15"/>
              </w:rPr>
              <w:t>характер</w:t>
            </w:r>
          </w:p>
          <w:p w:rsidR="00766E9C" w:rsidRPr="002019D4" w:rsidRDefault="00766E9C">
            <w:pPr>
              <w:pStyle w:val="TableParagraph"/>
              <w:spacing w:before="1" w:line="264" w:lineRule="auto"/>
              <w:ind w:left="86" w:right="97"/>
              <w:rPr>
                <w:sz w:val="15"/>
              </w:rPr>
            </w:pPr>
            <w:r w:rsidRPr="002019D4">
              <w:rPr>
                <w:sz w:val="15"/>
              </w:rPr>
              <w:t>(добрый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или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злой,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нежный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или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грозный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-34"/>
                <w:sz w:val="15"/>
              </w:rPr>
              <w:t xml:space="preserve"> </w:t>
            </w:r>
            <w:r w:rsidRPr="002019D4">
              <w:rPr>
                <w:sz w:val="15"/>
              </w:rPr>
              <w:t>т.</w:t>
            </w:r>
            <w:r w:rsidRPr="002019D4">
              <w:rPr>
                <w:spacing w:val="2"/>
                <w:sz w:val="15"/>
              </w:rPr>
              <w:t xml:space="preserve"> </w:t>
            </w:r>
            <w:r w:rsidRPr="002019D4">
              <w:rPr>
                <w:sz w:val="15"/>
              </w:rPr>
              <w:t>п.</w:t>
            </w:r>
            <w:proofErr w:type="gramStart"/>
            <w:r w:rsidRPr="002019D4">
              <w:rPr>
                <w:sz w:val="15"/>
              </w:rPr>
              <w:t>).;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58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59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60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331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11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5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12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r>
              <w:rPr>
                <w:spacing w:val="1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Скульптура</w:t>
            </w:r>
            <w:proofErr w:type="spellEnd"/>
          </w:p>
        </w:tc>
      </w:tr>
      <w:tr w:rsidR="00766E9C" w:rsidTr="002019D4">
        <w:trPr>
          <w:trHeight w:val="1377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63" w:right="115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3.1.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Лепка из пластилина или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глины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игрушки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—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сказочного животного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 мотивам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выбранного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народного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художественного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промысла: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филимоновская</w:t>
            </w:r>
            <w:proofErr w:type="spellEnd"/>
            <w:r w:rsidRPr="002019D4">
              <w:rPr>
                <w:b/>
                <w:sz w:val="15"/>
              </w:rPr>
              <w:t>,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дымковская,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каргопольская</w:t>
            </w:r>
            <w:proofErr w:type="spellEnd"/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игрушки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(и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другие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выбору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учителя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</w:p>
          <w:p w:rsidR="00766E9C" w:rsidRDefault="00766E9C">
            <w:pPr>
              <w:pStyle w:val="TableParagraph"/>
              <w:spacing w:before="0" w:line="171" w:lineRule="exact"/>
              <w:ind w:left="83"/>
              <w:rPr>
                <w:b/>
                <w:sz w:val="15"/>
                <w:lang w:val="en-US"/>
              </w:rPr>
            </w:pPr>
            <w:proofErr w:type="spellStart"/>
            <w:proofErr w:type="gramStart"/>
            <w:r>
              <w:rPr>
                <w:b/>
                <w:sz w:val="15"/>
                <w:lang w:val="en-US"/>
              </w:rPr>
              <w:t>учётом</w:t>
            </w:r>
            <w:proofErr w:type="spellEnd"/>
            <w:proofErr w:type="gramEnd"/>
            <w:r>
              <w:rPr>
                <w:b/>
                <w:spacing w:val="24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местных</w:t>
            </w:r>
            <w:proofErr w:type="spellEnd"/>
            <w:r>
              <w:rPr>
                <w:b/>
                <w:spacing w:val="2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промыслов</w:t>
            </w:r>
            <w:proofErr w:type="spellEnd"/>
            <w:r>
              <w:rPr>
                <w:b/>
                <w:sz w:val="15"/>
                <w:lang w:val="en-US"/>
              </w:rPr>
              <w:t>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5227F8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Познакомиться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с</w:t>
            </w:r>
            <w:r w:rsidRPr="002019D4">
              <w:rPr>
                <w:spacing w:val="26"/>
                <w:sz w:val="15"/>
              </w:rPr>
              <w:t xml:space="preserve"> </w:t>
            </w:r>
            <w:r w:rsidRPr="002019D4">
              <w:rPr>
                <w:sz w:val="15"/>
              </w:rPr>
              <w:t>традиционными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игрушками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одного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из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народных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художественных</w:t>
            </w:r>
            <w:r w:rsidRPr="002019D4">
              <w:rPr>
                <w:spacing w:val="9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промыслов.;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61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62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63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63" w:right="115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3.2.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Способ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лепки в соответствии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 традициями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промысла.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5227F8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65"/>
              <w:jc w:val="both"/>
              <w:rPr>
                <w:sz w:val="15"/>
              </w:rPr>
            </w:pPr>
            <w:r w:rsidRPr="002019D4">
              <w:rPr>
                <w:sz w:val="15"/>
              </w:rPr>
              <w:t>Осваивать приёмы и последовательность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лепки игрушки в традициях выбранного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промысла</w:t>
            </w:r>
            <w:proofErr w:type="gramStart"/>
            <w:r w:rsidRPr="002019D4">
              <w:rPr>
                <w:sz w:val="15"/>
              </w:rPr>
              <w:t>.</w:t>
            </w:r>
            <w:r w:rsidRPr="002019D4">
              <w:rPr>
                <w:spacing w:val="3"/>
                <w:sz w:val="15"/>
              </w:rPr>
              <w:t xml:space="preserve"> </w:t>
            </w:r>
            <w:r w:rsidRPr="002019D4">
              <w:rPr>
                <w:sz w:val="15"/>
              </w:rPr>
              <w:t>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6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64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65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66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63" w:right="115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3.3.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3" w:right="152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Лепка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пластилина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или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глины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животных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-3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передачей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характерной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пластики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движения.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Соблюдение</w:t>
            </w:r>
            <w:proofErr w:type="spellEnd"/>
            <w:r>
              <w:rPr>
                <w:b/>
                <w:spacing w:val="9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цельности</w:t>
            </w:r>
            <w:proofErr w:type="spellEnd"/>
            <w:r>
              <w:rPr>
                <w:b/>
                <w:spacing w:val="4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формы</w:t>
            </w:r>
            <w:proofErr w:type="spellEnd"/>
            <w:r>
              <w:rPr>
                <w:b/>
                <w:sz w:val="15"/>
                <w:lang w:val="en-US"/>
              </w:rPr>
              <w:t>,</w:t>
            </w:r>
            <w:r>
              <w:rPr>
                <w:b/>
                <w:spacing w:val="10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её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преобразование</w:t>
            </w:r>
            <w:proofErr w:type="spellEnd"/>
            <w:r>
              <w:rPr>
                <w:b/>
                <w:spacing w:val="8"/>
                <w:sz w:val="15"/>
                <w:lang w:val="en-US"/>
              </w:rPr>
              <w:t xml:space="preserve"> </w:t>
            </w:r>
            <w:r>
              <w:rPr>
                <w:b/>
                <w:sz w:val="15"/>
                <w:lang w:val="en-US"/>
              </w:rPr>
              <w:t>и</w:t>
            </w:r>
            <w:r>
              <w:rPr>
                <w:b/>
                <w:spacing w:val="7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добавление</w:t>
            </w:r>
            <w:proofErr w:type="spellEnd"/>
            <w:r>
              <w:rPr>
                <w:b/>
                <w:spacing w:val="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детале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5227F8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Осваивать приёмы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передачи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движения и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разного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характера движений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лепке из</w:t>
            </w:r>
            <w:r w:rsidRPr="002019D4">
              <w:rPr>
                <w:spacing w:val="1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пластилина.;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67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68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69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330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2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6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before="62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1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</w:t>
            </w:r>
            <w:r>
              <w:rPr>
                <w:spacing w:val="24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Декоративно-прикладное</w:t>
            </w:r>
            <w:proofErr w:type="spellEnd"/>
            <w:r>
              <w:rPr>
                <w:b/>
                <w:spacing w:val="24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искусство</w:t>
            </w:r>
            <w:proofErr w:type="spellEnd"/>
          </w:p>
        </w:tc>
      </w:tr>
      <w:tr w:rsidR="00766E9C" w:rsidTr="002019D4">
        <w:trPr>
          <w:trHeight w:val="148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63" w:right="115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4.1.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Наблюдение узоров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 природе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(на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основе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фотографий 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условиях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урока): снежинки,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паутинки,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роса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листьях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др.</w:t>
            </w:r>
          </w:p>
          <w:p w:rsidR="00766E9C" w:rsidRPr="002019D4" w:rsidRDefault="00766E9C">
            <w:pPr>
              <w:pStyle w:val="TableParagraph"/>
              <w:spacing w:before="2" w:line="264" w:lineRule="auto"/>
              <w:ind w:left="83" w:right="227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Сопоставление с орнаментами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произведениях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декоративно-прикладного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искусства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(кружево,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вышивка,</w:t>
            </w:r>
            <w:r w:rsidRPr="002019D4">
              <w:rPr>
                <w:b/>
                <w:spacing w:val="3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ювелирные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изделия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т.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д.).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5B31E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389"/>
              <w:rPr>
                <w:sz w:val="15"/>
              </w:rPr>
            </w:pPr>
            <w:r w:rsidRPr="002019D4">
              <w:rPr>
                <w:sz w:val="15"/>
              </w:rPr>
              <w:t>Сравнивать,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сопоставлять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природные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явления —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узоры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(капли, снежинки,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паутинки,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роса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на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листьях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др.)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с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рукотворными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произведениями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декоративно-прикладного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искусства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(кружево,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шитьё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3"/>
                <w:sz w:val="15"/>
              </w:rPr>
              <w:t xml:space="preserve"> </w:t>
            </w:r>
            <w:r w:rsidRPr="002019D4">
              <w:rPr>
                <w:sz w:val="15"/>
              </w:rPr>
              <w:t>др.</w:t>
            </w:r>
            <w:proofErr w:type="gramStart"/>
            <w:r w:rsidRPr="002019D4">
              <w:rPr>
                <w:sz w:val="15"/>
              </w:rPr>
              <w:t>).;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70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71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72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63" w:right="115"/>
              <w:jc w:val="center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4.2.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71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Рисунок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геометрического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орнамента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кружева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или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вышивки.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5B31E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Осваивать приёмы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орнаментального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оформления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сказочных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глиняных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зверушек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по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мотивам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народных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промыслов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(по выбору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учителя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с</w:t>
            </w:r>
            <w:r w:rsidRPr="002019D4">
              <w:rPr>
                <w:spacing w:val="20"/>
                <w:sz w:val="15"/>
              </w:rPr>
              <w:t xml:space="preserve"> </w:t>
            </w:r>
            <w:r w:rsidRPr="002019D4">
              <w:rPr>
                <w:sz w:val="15"/>
              </w:rPr>
              <w:t>учётом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местных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промыслов</w:t>
            </w:r>
            <w:proofErr w:type="gramStart"/>
            <w:r w:rsidRPr="002019D4">
              <w:rPr>
                <w:sz w:val="15"/>
              </w:rPr>
              <w:t>).;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73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74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40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75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</w:tbl>
    <w:p w:rsidR="002019D4" w:rsidRDefault="002019D4" w:rsidP="002019D4">
      <w:pPr>
        <w:spacing w:line="264" w:lineRule="auto"/>
        <w:rPr>
          <w:sz w:val="15"/>
        </w:rPr>
        <w:sectPr w:rsidR="002019D4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05"/>
        <w:gridCol w:w="528"/>
        <w:gridCol w:w="1105"/>
        <w:gridCol w:w="1143"/>
        <w:gridCol w:w="803"/>
        <w:gridCol w:w="2992"/>
        <w:gridCol w:w="1081"/>
        <w:gridCol w:w="3881"/>
      </w:tblGrid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lastRenderedPageBreak/>
              <w:t>4.3.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Декоративная композиция.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Ритм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пятен в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декоративной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аппликации.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143FEF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Получать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опыт преобразования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бытовых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подручных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нехудожественных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материалов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художественные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изображения</w:t>
            </w:r>
            <w:r w:rsidRPr="002019D4">
              <w:rPr>
                <w:spacing w:val="2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9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поделки.;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76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77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78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48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4.4.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Декоративные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изображения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животных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игрушках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народных промыслов: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филимоновский</w:t>
            </w:r>
            <w:proofErr w:type="spellEnd"/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олень, дымковский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петух,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каргопольский</w:t>
            </w:r>
            <w:proofErr w:type="spellEnd"/>
            <w:r w:rsidRPr="002019D4">
              <w:rPr>
                <w:b/>
                <w:spacing w:val="1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Полкан</w:t>
            </w:r>
            <w:proofErr w:type="spellEnd"/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(по выбору учителя с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учётом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местных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промыслов).</w:t>
            </w:r>
          </w:p>
          <w:p w:rsidR="00766E9C" w:rsidRPr="002019D4" w:rsidRDefault="00766E9C">
            <w:pPr>
              <w:pStyle w:val="TableParagraph"/>
              <w:spacing w:before="7" w:line="266" w:lineRule="auto"/>
              <w:ind w:left="83" w:right="420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Поделки</w:t>
            </w:r>
            <w:r w:rsidRPr="002019D4">
              <w:rPr>
                <w:b/>
                <w:spacing w:val="2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</w:t>
            </w:r>
            <w:r w:rsidRPr="002019D4">
              <w:rPr>
                <w:b/>
                <w:spacing w:val="2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подручных</w:t>
            </w:r>
            <w:r w:rsidRPr="002019D4">
              <w:rPr>
                <w:b/>
                <w:spacing w:val="3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нехудожественных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материалов.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143FEF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Получать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опыт преобразования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бытовых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подручных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нехудожественных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материалов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художественные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изображения</w:t>
            </w:r>
            <w:r w:rsidRPr="002019D4">
              <w:rPr>
                <w:spacing w:val="2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9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поделки.;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79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80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81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291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4.5.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Декор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одежды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человека. Разнообразие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украшений.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Традиционные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(исторические,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народные)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женские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мужские</w:t>
            </w:r>
            <w:r w:rsidRPr="002019D4">
              <w:rPr>
                <w:b/>
                <w:spacing w:val="1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украшения.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143FEF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Рассматривать,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анализировать,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сравнивать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украшения человека на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примерах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иллюстраций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народным сказкам,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когда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украшения не только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соответствуют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народным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традициям,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но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выражают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характер</w:t>
            </w:r>
            <w:r w:rsidRPr="002019D4">
              <w:rPr>
                <w:spacing w:val="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персонажа.;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82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83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84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4.6.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71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Назначение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украшений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их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значение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жизни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людей.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143FEF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71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Знакомиться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рассматривать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традиционные</w:t>
            </w:r>
            <w:r w:rsidRPr="002019D4">
              <w:rPr>
                <w:spacing w:val="24"/>
                <w:sz w:val="15"/>
              </w:rPr>
              <w:t xml:space="preserve"> </w:t>
            </w:r>
            <w:r w:rsidRPr="002019D4">
              <w:rPr>
                <w:sz w:val="15"/>
              </w:rPr>
              <w:t>народные</w:t>
            </w:r>
            <w:r w:rsidRPr="002019D4">
              <w:rPr>
                <w:spacing w:val="23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украшения.;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85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86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87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330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5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5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14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r>
              <w:rPr>
                <w:spacing w:val="17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Архитектура</w:t>
            </w:r>
            <w:proofErr w:type="spellEnd"/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5.1.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90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Конструирование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бумаги.</w:t>
            </w:r>
            <w:r w:rsidRPr="002019D4">
              <w:rPr>
                <w:b/>
                <w:spacing w:val="2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Приёмы</w:t>
            </w:r>
            <w:r w:rsidRPr="002019D4">
              <w:rPr>
                <w:b/>
                <w:spacing w:val="1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работы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-3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полосой</w:t>
            </w:r>
            <w:r w:rsidRPr="002019D4">
              <w:rPr>
                <w:b/>
                <w:spacing w:val="3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бумаги, разные варианты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складывания,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закручивания,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надрезания.</w:t>
            </w:r>
          </w:p>
          <w:p w:rsidR="00766E9C" w:rsidRDefault="00766E9C">
            <w:pPr>
              <w:pStyle w:val="TableParagraph"/>
              <w:spacing w:before="2" w:line="264" w:lineRule="auto"/>
              <w:ind w:left="83" w:right="152"/>
              <w:rPr>
                <w:b/>
                <w:sz w:val="15"/>
                <w:lang w:val="en-US"/>
              </w:rPr>
            </w:pPr>
            <w:proofErr w:type="spellStart"/>
            <w:r>
              <w:rPr>
                <w:b/>
                <w:sz w:val="15"/>
                <w:lang w:val="en-US"/>
              </w:rPr>
              <w:t>Макетирование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пространства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детской</w:t>
            </w:r>
            <w:proofErr w:type="spellEnd"/>
            <w:r>
              <w:rPr>
                <w:b/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площадки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DE2805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приёмы создания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объёмных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предметов</w:t>
            </w:r>
            <w:r w:rsidRPr="002019D4">
              <w:rPr>
                <w:spacing w:val="4"/>
                <w:sz w:val="15"/>
              </w:rPr>
              <w:t xml:space="preserve"> </w:t>
            </w:r>
            <w:r w:rsidRPr="002019D4">
              <w:rPr>
                <w:sz w:val="15"/>
              </w:rPr>
              <w:t>из</w:t>
            </w:r>
            <w:r w:rsidRPr="002019D4">
              <w:rPr>
                <w:spacing w:val="6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бумаги.;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88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89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90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58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5.2.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71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Построение игрового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сказочного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города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бумаги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основе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сворачивания</w:t>
            </w:r>
          </w:p>
          <w:p w:rsidR="00766E9C" w:rsidRPr="002019D4" w:rsidRDefault="00766E9C">
            <w:pPr>
              <w:pStyle w:val="TableParagraph"/>
              <w:spacing w:before="0" w:line="163" w:lineRule="exact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геометрических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тел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—</w:t>
            </w:r>
            <w:r w:rsidRPr="002019D4">
              <w:rPr>
                <w:b/>
                <w:spacing w:val="3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параллелепипедов</w:t>
            </w:r>
          </w:p>
          <w:p w:rsidR="00766E9C" w:rsidRPr="002019D4" w:rsidRDefault="00766E9C">
            <w:pPr>
              <w:pStyle w:val="TableParagraph"/>
              <w:spacing w:before="19" w:line="264" w:lineRule="auto"/>
              <w:ind w:left="83" w:right="227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разной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высоты,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цилиндров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прорезями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наклейками;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приёмы</w:t>
            </w:r>
            <w:r w:rsidRPr="002019D4">
              <w:rPr>
                <w:b/>
                <w:spacing w:val="3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завивания,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скручивания и складывания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полоски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бумаги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(например,</w:t>
            </w:r>
            <w:r w:rsidRPr="002019D4">
              <w:rPr>
                <w:b/>
                <w:spacing w:val="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гармошкой).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DE2805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Макетировать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из бумаги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пространство</w:t>
            </w:r>
            <w:r w:rsidRPr="002019D4">
              <w:rPr>
                <w:spacing w:val="-36"/>
                <w:sz w:val="15"/>
              </w:rPr>
              <w:t xml:space="preserve"> </w:t>
            </w:r>
            <w:r w:rsidRPr="002019D4">
              <w:rPr>
                <w:sz w:val="15"/>
              </w:rPr>
              <w:t>сказочного игрушечного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города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или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детскую</w:t>
            </w:r>
            <w:r w:rsidRPr="002019D4">
              <w:rPr>
                <w:spacing w:val="6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площадку.;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91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92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93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5.3.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Образ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здания.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Памятники</w:t>
            </w:r>
            <w:r w:rsidRPr="002019D4">
              <w:rPr>
                <w:b/>
                <w:spacing w:val="1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отечественной</w:t>
            </w:r>
            <w:r w:rsidRPr="002019D4">
              <w:rPr>
                <w:b/>
                <w:spacing w:val="1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западноевропейской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архитектуры с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ярко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выраженным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характером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здания.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DE2805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Развивать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эмоциональное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восприятие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архитектурных</w:t>
            </w:r>
            <w:r w:rsidRPr="002019D4">
              <w:rPr>
                <w:spacing w:val="8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построек.;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94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95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96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5.4.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224"/>
              <w:jc w:val="both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Рисунок дома для доброго и злого сказочных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персонажей (иллюстрация сказки по выбору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учителя).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DE2805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Приводить примеры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жилищ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разных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сказочных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героев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 иллюстрациях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известных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художников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детской</w:t>
            </w:r>
            <w:r w:rsidRPr="002019D4">
              <w:rPr>
                <w:spacing w:val="21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книги.;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97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98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99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</w:tbl>
    <w:p w:rsidR="002019D4" w:rsidRDefault="002019D4" w:rsidP="002019D4">
      <w:pPr>
        <w:spacing w:line="264" w:lineRule="auto"/>
        <w:rPr>
          <w:sz w:val="15"/>
        </w:rPr>
        <w:sectPr w:rsidR="002019D4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505"/>
        <w:gridCol w:w="528"/>
        <w:gridCol w:w="1105"/>
        <w:gridCol w:w="1143"/>
        <w:gridCol w:w="803"/>
        <w:gridCol w:w="2992"/>
        <w:gridCol w:w="1081"/>
        <w:gridCol w:w="3881"/>
      </w:tblGrid>
      <w:tr w:rsidR="002019D4" w:rsidTr="002019D4">
        <w:trPr>
          <w:trHeight w:val="330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lastRenderedPageBreak/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4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5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5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6.</w:t>
            </w:r>
            <w:r>
              <w:rPr>
                <w:spacing w:val="19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Восприятие</w:t>
            </w:r>
            <w:proofErr w:type="spellEnd"/>
            <w:r>
              <w:rPr>
                <w:b/>
                <w:spacing w:val="2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произведений</w:t>
            </w:r>
            <w:proofErr w:type="spellEnd"/>
            <w:r>
              <w:rPr>
                <w:b/>
                <w:spacing w:val="2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искусства</w:t>
            </w:r>
            <w:proofErr w:type="spellEnd"/>
          </w:p>
        </w:tc>
      </w:tr>
      <w:tr w:rsidR="00766E9C" w:rsidTr="002019D4">
        <w:trPr>
          <w:trHeight w:val="148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6.1.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227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Восприятие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произведений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детского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творчества.</w:t>
            </w:r>
            <w:r w:rsidRPr="002019D4">
              <w:rPr>
                <w:b/>
                <w:spacing w:val="2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Обсуждение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сюжетного</w:t>
            </w:r>
          </w:p>
          <w:p w:rsidR="00766E9C" w:rsidRPr="002019D4" w:rsidRDefault="00766E9C">
            <w:pPr>
              <w:pStyle w:val="TableParagraph"/>
              <w:spacing w:before="2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эмоционального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содержания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детских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работ.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9E3D1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Рассматривать,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анализировать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детские</w:t>
            </w:r>
            <w:r w:rsidRPr="002019D4">
              <w:rPr>
                <w:spacing w:val="-36"/>
                <w:sz w:val="15"/>
              </w:rPr>
              <w:t xml:space="preserve"> </w:t>
            </w:r>
            <w:r w:rsidRPr="002019D4">
              <w:rPr>
                <w:sz w:val="15"/>
              </w:rPr>
              <w:t>рисунки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 точки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зрения содержания,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сюжета, настроения,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расположения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листе,</w:t>
            </w:r>
            <w:r w:rsidRPr="002019D4">
              <w:rPr>
                <w:spacing w:val="3"/>
                <w:sz w:val="15"/>
              </w:rPr>
              <w:t xml:space="preserve"> </w:t>
            </w:r>
            <w:r w:rsidRPr="002019D4">
              <w:rPr>
                <w:sz w:val="15"/>
              </w:rPr>
              <w:t>цвета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других</w:t>
            </w:r>
            <w:r w:rsidRPr="002019D4">
              <w:rPr>
                <w:spacing w:val="6"/>
                <w:sz w:val="15"/>
              </w:rPr>
              <w:t xml:space="preserve"> </w:t>
            </w:r>
            <w:r w:rsidRPr="002019D4">
              <w:rPr>
                <w:sz w:val="15"/>
              </w:rPr>
              <w:t>средств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художественной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выразительности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 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соответствии с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учебной задачей,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поставленной</w:t>
            </w:r>
            <w:r w:rsidRPr="002019D4">
              <w:rPr>
                <w:spacing w:val="6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учителем.;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00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01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02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6.2.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393"/>
              <w:jc w:val="both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Художественное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наблюдение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окружающей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природы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 красивых природных деталей;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анализ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их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конструкции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</w:p>
          <w:p w:rsidR="00766E9C" w:rsidRPr="002019D4" w:rsidRDefault="00766E9C">
            <w:pPr>
              <w:pStyle w:val="TableParagraph"/>
              <w:spacing w:before="2" w:line="271" w:lineRule="auto"/>
              <w:ind w:left="83" w:right="194"/>
              <w:jc w:val="both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эмоционального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воздействия.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Сопоставление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их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рукотворными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произведениями.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9E3D1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Развивать потребность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умения вести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эстетические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наблюдения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явлений</w:t>
            </w:r>
            <w:r w:rsidRPr="002019D4">
              <w:rPr>
                <w:spacing w:val="9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природы.;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03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04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05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9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6.3.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3" w:right="87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Восприятие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орнаментальных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произведений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декоративно-прикладного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искусства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(кружево,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шитьё,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резьба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дереву,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чеканка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др.).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9E3D1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Анализировать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структуру,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цветовое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состояние,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ритмическую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организацию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наблюдаемого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природного</w:t>
            </w:r>
            <w:r w:rsidRPr="002019D4">
              <w:rPr>
                <w:spacing w:val="1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явления.;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06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07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08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295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6.4.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71" w:lineRule="auto"/>
              <w:ind w:left="83" w:right="15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Произведения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живописи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активным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выражением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цветового</w:t>
            </w:r>
            <w:r w:rsidRPr="002019D4">
              <w:rPr>
                <w:b/>
                <w:spacing w:val="1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состояния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погоде.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9E3D1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Приобретать опыт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эстетического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наблюдения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художественного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анализа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произведений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декоративно-прикладного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искусства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(кружево,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шитьё,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резьба 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роспись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по</w:t>
            </w:r>
            <w:r w:rsidRPr="002019D4">
              <w:rPr>
                <w:spacing w:val="4"/>
                <w:sz w:val="15"/>
              </w:rPr>
              <w:t xml:space="preserve"> </w:t>
            </w:r>
            <w:r w:rsidRPr="002019D4">
              <w:rPr>
                <w:sz w:val="15"/>
              </w:rPr>
              <w:t>дереву,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роспись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по</w:t>
            </w:r>
            <w:r w:rsidRPr="002019D4">
              <w:rPr>
                <w:spacing w:val="4"/>
                <w:sz w:val="15"/>
              </w:rPr>
              <w:t xml:space="preserve"> </w:t>
            </w:r>
            <w:r w:rsidRPr="002019D4">
              <w:rPr>
                <w:sz w:val="15"/>
              </w:rPr>
              <w:t>ткани</w:t>
            </w:r>
          </w:p>
          <w:p w:rsidR="00766E9C" w:rsidRPr="002019D4" w:rsidRDefault="00766E9C">
            <w:pPr>
              <w:pStyle w:val="TableParagraph"/>
              <w:spacing w:before="8"/>
              <w:ind w:left="86"/>
              <w:rPr>
                <w:sz w:val="15"/>
              </w:rPr>
            </w:pPr>
            <w:r w:rsidRPr="002019D4">
              <w:rPr>
                <w:w w:val="95"/>
                <w:sz w:val="15"/>
              </w:rPr>
              <w:t>и</w:t>
            </w:r>
            <w:r w:rsidRPr="002019D4">
              <w:rPr>
                <w:spacing w:val="28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др.),</w:t>
            </w:r>
            <w:r w:rsidRPr="002019D4">
              <w:rPr>
                <w:spacing w:val="3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их</w:t>
            </w:r>
            <w:r w:rsidRPr="002019D4">
              <w:rPr>
                <w:spacing w:val="38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орнаментальной</w:t>
            </w:r>
            <w:r w:rsidRPr="002019D4">
              <w:rPr>
                <w:spacing w:val="41"/>
                <w:sz w:val="15"/>
              </w:rPr>
              <w:t xml:space="preserve"> </w:t>
            </w:r>
            <w:proofErr w:type="gramStart"/>
            <w:r w:rsidRPr="002019D4">
              <w:rPr>
                <w:w w:val="95"/>
                <w:sz w:val="15"/>
              </w:rPr>
              <w:t>организации.;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09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10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11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6.5.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 w:right="90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Произведения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пейзажистов</w:t>
            </w:r>
            <w:r w:rsidRPr="002019D4">
              <w:rPr>
                <w:b/>
                <w:spacing w:val="1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Левитана,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</w:t>
            </w:r>
            <w:r w:rsidRPr="002019D4">
              <w:rPr>
                <w:b/>
                <w:spacing w:val="-3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Шишкина,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А.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</w:t>
            </w:r>
            <w:r w:rsidRPr="002019D4">
              <w:rPr>
                <w:b/>
                <w:spacing w:val="1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Куинджи,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Н.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П.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Крымова.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9E3D1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w w:val="95"/>
                <w:sz w:val="15"/>
              </w:rPr>
              <w:t>Запоминать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имена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художников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И.</w:t>
            </w:r>
            <w:r w:rsidRPr="002019D4">
              <w:rPr>
                <w:spacing w:val="1"/>
                <w:w w:val="95"/>
                <w:sz w:val="15"/>
              </w:rPr>
              <w:t xml:space="preserve"> </w:t>
            </w:r>
            <w:r w:rsidRPr="002019D4">
              <w:rPr>
                <w:w w:val="95"/>
                <w:sz w:val="15"/>
              </w:rPr>
              <w:t>И.</w:t>
            </w:r>
            <w:r w:rsidRPr="002019D4">
              <w:rPr>
                <w:spacing w:val="-33"/>
                <w:w w:val="95"/>
                <w:sz w:val="15"/>
              </w:rPr>
              <w:t xml:space="preserve"> </w:t>
            </w:r>
            <w:r w:rsidRPr="002019D4">
              <w:rPr>
                <w:sz w:val="15"/>
              </w:rPr>
              <w:t>Левитана,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Шишкина,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К.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Айвазовского,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А.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6"/>
                <w:sz w:val="15"/>
              </w:rPr>
              <w:t xml:space="preserve"> </w:t>
            </w:r>
            <w:r w:rsidRPr="002019D4">
              <w:rPr>
                <w:sz w:val="15"/>
              </w:rPr>
              <w:t>Куинджи;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12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13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14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206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6.6.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71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Произведения</w:t>
            </w:r>
            <w:r w:rsidRPr="002019D4">
              <w:rPr>
                <w:b/>
                <w:spacing w:val="2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анималистического</w:t>
            </w:r>
            <w:r w:rsidRPr="002019D4">
              <w:rPr>
                <w:b/>
                <w:spacing w:val="3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жанра</w:t>
            </w:r>
            <w:r w:rsidRPr="002019D4">
              <w:rPr>
                <w:b/>
                <w:spacing w:val="2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-3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графике:</w:t>
            </w:r>
            <w:r w:rsidRPr="002019D4">
              <w:rPr>
                <w:b/>
                <w:spacing w:val="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В.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В.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Ватагин</w:t>
            </w:r>
            <w:proofErr w:type="spellEnd"/>
            <w:r w:rsidRPr="002019D4">
              <w:rPr>
                <w:b/>
                <w:sz w:val="15"/>
              </w:rPr>
              <w:t>,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Е.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И.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Чарушин</w:t>
            </w:r>
            <w:proofErr w:type="spellEnd"/>
            <w:r w:rsidRPr="002019D4">
              <w:rPr>
                <w:b/>
                <w:sz w:val="15"/>
              </w:rPr>
              <w:t>;</w:t>
            </w:r>
          </w:p>
          <w:p w:rsidR="00766E9C" w:rsidRPr="002019D4" w:rsidRDefault="00766E9C">
            <w:pPr>
              <w:pStyle w:val="TableParagraph"/>
              <w:spacing w:before="0" w:line="163" w:lineRule="exact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скульптуре:</w:t>
            </w:r>
            <w:r w:rsidRPr="002019D4">
              <w:rPr>
                <w:b/>
                <w:spacing w:val="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В.</w:t>
            </w:r>
            <w:r w:rsidRPr="002019D4">
              <w:rPr>
                <w:b/>
                <w:spacing w:val="1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В.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proofErr w:type="spellStart"/>
            <w:r w:rsidRPr="002019D4">
              <w:rPr>
                <w:b/>
                <w:sz w:val="15"/>
              </w:rPr>
              <w:t>Ватагин</w:t>
            </w:r>
            <w:proofErr w:type="spellEnd"/>
            <w:r w:rsidRPr="002019D4">
              <w:rPr>
                <w:b/>
                <w:sz w:val="15"/>
              </w:rPr>
              <w:t>.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Наблюдение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за</w:t>
            </w:r>
          </w:p>
          <w:p w:rsidR="00766E9C" w:rsidRPr="002019D4" w:rsidRDefault="00766E9C">
            <w:pPr>
              <w:pStyle w:val="TableParagraph"/>
              <w:spacing w:before="24"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животными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точки</w:t>
            </w:r>
            <w:r w:rsidRPr="002019D4">
              <w:rPr>
                <w:b/>
                <w:spacing w:val="2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зрения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их</w:t>
            </w:r>
            <w:r w:rsidRPr="002019D4">
              <w:rPr>
                <w:b/>
                <w:spacing w:val="2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пропорций,</w:t>
            </w:r>
            <w:r w:rsidRPr="002019D4">
              <w:rPr>
                <w:b/>
                <w:spacing w:val="-3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характера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движений,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пластики.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9E3D19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187"/>
              <w:rPr>
                <w:sz w:val="15"/>
              </w:rPr>
            </w:pPr>
            <w:r w:rsidRPr="002019D4">
              <w:rPr>
                <w:sz w:val="15"/>
              </w:rPr>
              <w:t>Приобретать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опыт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восприятия,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эстетического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анализа произведений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отечественных художников-пейзажистов: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И. И. Левитана, И.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Шишкина,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И. К.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Айвазовского,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А.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8"/>
                <w:sz w:val="15"/>
              </w:rPr>
              <w:t xml:space="preserve"> </w:t>
            </w:r>
            <w:r w:rsidRPr="002019D4">
              <w:rPr>
                <w:sz w:val="15"/>
              </w:rPr>
              <w:t>Куинджи,</w:t>
            </w:r>
          </w:p>
          <w:p w:rsidR="00766E9C" w:rsidRPr="002019D4" w:rsidRDefault="00766E9C">
            <w:pPr>
              <w:pStyle w:val="TableParagraph"/>
              <w:spacing w:before="7" w:line="264" w:lineRule="auto"/>
              <w:ind w:left="86" w:right="28"/>
              <w:rPr>
                <w:sz w:val="15"/>
              </w:rPr>
            </w:pPr>
            <w:r w:rsidRPr="002019D4">
              <w:rPr>
                <w:sz w:val="15"/>
              </w:rPr>
              <w:t>Н.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П.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Крымова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(и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других</w:t>
            </w:r>
            <w:r w:rsidRPr="002019D4">
              <w:rPr>
                <w:spacing w:val="6"/>
                <w:sz w:val="15"/>
              </w:rPr>
              <w:t xml:space="preserve"> </w:t>
            </w:r>
            <w:r w:rsidRPr="002019D4">
              <w:rPr>
                <w:sz w:val="15"/>
              </w:rPr>
              <w:t>по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выбору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учителя);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художников-анималистов: В.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В.</w:t>
            </w:r>
            <w:r w:rsidRPr="002019D4">
              <w:rPr>
                <w:spacing w:val="1"/>
                <w:sz w:val="15"/>
              </w:rPr>
              <w:t xml:space="preserve"> </w:t>
            </w:r>
            <w:proofErr w:type="spellStart"/>
            <w:r w:rsidRPr="002019D4">
              <w:rPr>
                <w:sz w:val="15"/>
              </w:rPr>
              <w:t>Ватагина</w:t>
            </w:r>
            <w:proofErr w:type="spellEnd"/>
            <w:r w:rsidRPr="002019D4">
              <w:rPr>
                <w:sz w:val="15"/>
              </w:rPr>
              <w:t>,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Е.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И.</w:t>
            </w:r>
            <w:r w:rsidRPr="002019D4">
              <w:rPr>
                <w:spacing w:val="14"/>
                <w:sz w:val="15"/>
              </w:rPr>
              <w:t xml:space="preserve"> </w:t>
            </w:r>
            <w:proofErr w:type="spellStart"/>
            <w:r w:rsidRPr="002019D4">
              <w:rPr>
                <w:sz w:val="15"/>
              </w:rPr>
              <w:t>Чарушина</w:t>
            </w:r>
            <w:proofErr w:type="spellEnd"/>
            <w:r w:rsidRPr="002019D4">
              <w:rPr>
                <w:sz w:val="15"/>
              </w:rPr>
              <w:t>;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художников</w:t>
            </w:r>
            <w:r w:rsidRPr="002019D4">
              <w:rPr>
                <w:spacing w:val="17"/>
                <w:sz w:val="15"/>
              </w:rPr>
              <w:t xml:space="preserve"> </w:t>
            </w:r>
            <w:r w:rsidRPr="002019D4">
              <w:rPr>
                <w:sz w:val="15"/>
              </w:rPr>
              <w:t>В.</w:t>
            </w:r>
            <w:r w:rsidRPr="002019D4">
              <w:rPr>
                <w:spacing w:val="-34"/>
                <w:sz w:val="15"/>
              </w:rPr>
              <w:t xml:space="preserve"> </w:t>
            </w:r>
            <w:r w:rsidRPr="002019D4">
              <w:rPr>
                <w:sz w:val="15"/>
              </w:rPr>
              <w:t>Ван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Гога,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К.</w:t>
            </w:r>
            <w:r w:rsidRPr="002019D4">
              <w:rPr>
                <w:spacing w:val="13"/>
                <w:sz w:val="15"/>
              </w:rPr>
              <w:t xml:space="preserve"> </w:t>
            </w:r>
            <w:r w:rsidRPr="002019D4">
              <w:rPr>
                <w:sz w:val="15"/>
              </w:rPr>
              <w:t>Моне,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А.</w:t>
            </w:r>
            <w:r w:rsidRPr="002019D4">
              <w:rPr>
                <w:spacing w:val="13"/>
                <w:sz w:val="15"/>
              </w:rPr>
              <w:t xml:space="preserve"> </w:t>
            </w:r>
            <w:r w:rsidRPr="002019D4">
              <w:rPr>
                <w:sz w:val="15"/>
              </w:rPr>
              <w:t>Матисса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(и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других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</w:t>
            </w:r>
            <w:r w:rsidRPr="002019D4">
              <w:rPr>
                <w:spacing w:val="-2"/>
                <w:sz w:val="15"/>
              </w:rPr>
              <w:t xml:space="preserve"> </w:t>
            </w:r>
            <w:r w:rsidRPr="002019D4">
              <w:rPr>
                <w:sz w:val="15"/>
              </w:rPr>
              <w:t>выбору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учителя).;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15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16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17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335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3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1"/>
        </w:trPr>
        <w:tc>
          <w:tcPr>
            <w:tcW w:w="155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b/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Модуль</w:t>
            </w:r>
            <w:proofErr w:type="spellEnd"/>
            <w:r>
              <w:rPr>
                <w:spacing w:val="14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7.</w:t>
            </w:r>
            <w:r>
              <w:rPr>
                <w:spacing w:val="16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Азбука</w:t>
            </w:r>
            <w:proofErr w:type="spellEnd"/>
            <w:r>
              <w:rPr>
                <w:b/>
                <w:spacing w:val="12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цифровой</w:t>
            </w:r>
            <w:proofErr w:type="spellEnd"/>
            <w:r>
              <w:rPr>
                <w:b/>
                <w:spacing w:val="18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графики</w:t>
            </w:r>
            <w:proofErr w:type="spellEnd"/>
          </w:p>
        </w:tc>
      </w:tr>
      <w:tr w:rsidR="002019D4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7.1.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Компьютерные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средства</w:t>
            </w:r>
            <w:r w:rsidRPr="002019D4">
              <w:rPr>
                <w:b/>
                <w:spacing w:val="2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изображения.</w:t>
            </w:r>
            <w:r w:rsidRPr="002019D4">
              <w:rPr>
                <w:b/>
                <w:spacing w:val="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Виды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линий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(в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программе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  <w:lang w:val="en-US"/>
              </w:rPr>
              <w:t>Paint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или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другом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графическом</w:t>
            </w:r>
            <w:r w:rsidRPr="002019D4">
              <w:rPr>
                <w:b/>
                <w:spacing w:val="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редакторе).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0.25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766E9C" w:rsidRDefault="00766E9C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возможности</w:t>
            </w:r>
            <w:r w:rsidRPr="002019D4">
              <w:rPr>
                <w:spacing w:val="18"/>
                <w:sz w:val="15"/>
              </w:rPr>
              <w:t xml:space="preserve"> </w:t>
            </w:r>
            <w:r w:rsidRPr="002019D4">
              <w:rPr>
                <w:sz w:val="15"/>
              </w:rPr>
              <w:t>изображения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с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помощью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разных видов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линий в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программе</w:t>
            </w:r>
            <w:r w:rsidRPr="002019D4">
              <w:rPr>
                <w:spacing w:val="3"/>
                <w:sz w:val="15"/>
              </w:rPr>
              <w:t xml:space="preserve"> </w:t>
            </w:r>
            <w:r>
              <w:rPr>
                <w:sz w:val="15"/>
                <w:lang w:val="en-US"/>
              </w:rPr>
              <w:t>Paint</w:t>
            </w:r>
            <w:r w:rsidRPr="002019D4">
              <w:rPr>
                <w:spacing w:val="16"/>
                <w:sz w:val="15"/>
              </w:rPr>
              <w:t xml:space="preserve"> </w:t>
            </w:r>
            <w:r w:rsidRPr="002019D4">
              <w:rPr>
                <w:sz w:val="15"/>
              </w:rPr>
              <w:t>(или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другом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графическом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редакторе)</w:t>
            </w:r>
            <w:proofErr w:type="gramStart"/>
            <w:r w:rsidRPr="002019D4">
              <w:rPr>
                <w:sz w:val="15"/>
              </w:rPr>
              <w:t>.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18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19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20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lastRenderedPageBreak/>
              <w:t>7.2.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3" w:right="98"/>
              <w:jc w:val="both"/>
              <w:rPr>
                <w:b/>
                <w:sz w:val="15"/>
                <w:lang w:val="en-US"/>
              </w:rPr>
            </w:pPr>
            <w:r w:rsidRPr="002019D4">
              <w:rPr>
                <w:b/>
                <w:sz w:val="15"/>
              </w:rPr>
              <w:t>Компьютерные</w:t>
            </w:r>
            <w:r w:rsidRPr="002019D4">
              <w:rPr>
                <w:b/>
                <w:spacing w:val="3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средства</w:t>
            </w:r>
            <w:r w:rsidRPr="002019D4">
              <w:rPr>
                <w:b/>
                <w:spacing w:val="3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изображения.</w:t>
            </w:r>
            <w:r w:rsidRPr="002019D4">
              <w:rPr>
                <w:b/>
                <w:spacing w:val="3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Работа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геометрическими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фигурами.</w:t>
            </w:r>
            <w:r w:rsidRPr="002019D4">
              <w:rPr>
                <w:b/>
                <w:spacing w:val="26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Трансформация</w:t>
            </w:r>
            <w:proofErr w:type="spellEnd"/>
            <w:r>
              <w:rPr>
                <w:b/>
                <w:spacing w:val="-35"/>
                <w:sz w:val="15"/>
                <w:lang w:val="en-US"/>
              </w:rPr>
              <w:t xml:space="preserve"> </w:t>
            </w:r>
            <w:r>
              <w:rPr>
                <w:b/>
                <w:sz w:val="15"/>
                <w:lang w:val="en-US"/>
              </w:rPr>
              <w:t>и</w:t>
            </w:r>
            <w:r>
              <w:rPr>
                <w:b/>
                <w:spacing w:val="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копирование</w:t>
            </w:r>
            <w:proofErr w:type="spellEnd"/>
            <w:r>
              <w:rPr>
                <w:b/>
                <w:spacing w:val="13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геометрических</w:t>
            </w:r>
            <w:proofErr w:type="spellEnd"/>
            <w:r>
              <w:rPr>
                <w:b/>
                <w:spacing w:val="10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фигур</w:t>
            </w:r>
            <w:proofErr w:type="spellEnd"/>
          </w:p>
          <w:p w:rsidR="00766E9C" w:rsidRDefault="00766E9C">
            <w:pPr>
              <w:pStyle w:val="TableParagraph"/>
              <w:spacing w:before="2"/>
              <w:ind w:left="83"/>
              <w:jc w:val="both"/>
              <w:rPr>
                <w:b/>
                <w:sz w:val="15"/>
                <w:lang w:val="en-US"/>
              </w:rPr>
            </w:pPr>
            <w:proofErr w:type="gramStart"/>
            <w:r>
              <w:rPr>
                <w:b/>
                <w:sz w:val="15"/>
                <w:lang w:val="en-US"/>
              </w:rPr>
              <w:t>в</w:t>
            </w:r>
            <w:proofErr w:type="gramEnd"/>
            <w:r>
              <w:rPr>
                <w:b/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программе</w:t>
            </w:r>
            <w:proofErr w:type="spellEnd"/>
            <w:r>
              <w:rPr>
                <w:b/>
                <w:spacing w:val="15"/>
                <w:sz w:val="15"/>
                <w:lang w:val="en-US"/>
              </w:rPr>
              <w:t xml:space="preserve"> </w:t>
            </w:r>
            <w:r>
              <w:rPr>
                <w:b/>
                <w:sz w:val="15"/>
                <w:lang w:val="en-US"/>
              </w:rPr>
              <w:t>Paint.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0.25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D472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приёмы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трансформации,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копирования геометрических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фигур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 xml:space="preserve">программе </w:t>
            </w:r>
            <w:r>
              <w:rPr>
                <w:sz w:val="15"/>
                <w:lang w:val="en-US"/>
              </w:rPr>
              <w:t>Paint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построения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из них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простых</w:t>
            </w:r>
            <w:r w:rsidRPr="002019D4">
              <w:rPr>
                <w:spacing w:val="9"/>
                <w:sz w:val="15"/>
              </w:rPr>
              <w:t xml:space="preserve"> </w:t>
            </w:r>
            <w:r w:rsidRPr="002019D4">
              <w:rPr>
                <w:sz w:val="15"/>
              </w:rPr>
              <w:t>рисунков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или</w:t>
            </w:r>
            <w:r w:rsidRPr="002019D4">
              <w:rPr>
                <w:spacing w:val="15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орнаментов.;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21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22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23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3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7.3.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3" w:right="132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Освоение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инструментов традиционного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рисования</w:t>
            </w:r>
            <w:r w:rsidRPr="002019D4">
              <w:rPr>
                <w:b/>
                <w:spacing w:val="33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(карандаш,</w:t>
            </w:r>
            <w:r w:rsidRPr="002019D4">
              <w:rPr>
                <w:b/>
                <w:spacing w:val="35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кисточка,</w:t>
            </w:r>
            <w:r w:rsidRPr="002019D4">
              <w:rPr>
                <w:b/>
                <w:spacing w:val="70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ластик</w:t>
            </w:r>
            <w:r w:rsidRPr="002019D4">
              <w:rPr>
                <w:b/>
                <w:spacing w:val="33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и</w:t>
            </w:r>
            <w:r w:rsidRPr="002019D4">
              <w:rPr>
                <w:b/>
                <w:spacing w:val="34"/>
                <w:sz w:val="15"/>
              </w:rPr>
              <w:t xml:space="preserve"> </w:t>
            </w:r>
            <w:r w:rsidRPr="002019D4">
              <w:rPr>
                <w:b/>
                <w:w w:val="95"/>
                <w:sz w:val="15"/>
              </w:rPr>
              <w:t>др.)</w:t>
            </w:r>
            <w:r w:rsidRPr="002019D4">
              <w:rPr>
                <w:b/>
                <w:spacing w:val="-33"/>
                <w:w w:val="9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программе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  <w:lang w:val="en-US"/>
              </w:rPr>
              <w:t>Paint</w:t>
            </w:r>
            <w:r w:rsidRPr="002019D4">
              <w:rPr>
                <w:b/>
                <w:spacing w:val="13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основе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простых</w:t>
            </w:r>
            <w:r w:rsidRPr="002019D4">
              <w:rPr>
                <w:b/>
                <w:spacing w:val="1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сюжетов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(например,</w:t>
            </w:r>
            <w:r w:rsidRPr="002019D4">
              <w:rPr>
                <w:b/>
                <w:spacing w:val="4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«Образ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дерева»).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0.25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D472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в компьютерном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редакторе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(например,</w:t>
            </w:r>
            <w:r w:rsidRPr="002019D4">
              <w:rPr>
                <w:spacing w:val="1"/>
                <w:sz w:val="15"/>
              </w:rPr>
              <w:t xml:space="preserve"> </w:t>
            </w:r>
            <w:r>
              <w:rPr>
                <w:sz w:val="15"/>
                <w:lang w:val="en-US"/>
              </w:rPr>
              <w:t>Paint</w:t>
            </w:r>
            <w:r w:rsidRPr="002019D4">
              <w:rPr>
                <w:sz w:val="15"/>
              </w:rPr>
              <w:t>) художественные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инструменты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создавать простые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рисунки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или</w:t>
            </w:r>
            <w:r w:rsidRPr="002019D4">
              <w:rPr>
                <w:spacing w:val="11"/>
                <w:sz w:val="15"/>
              </w:rPr>
              <w:t xml:space="preserve"> </w:t>
            </w:r>
            <w:r w:rsidRPr="002019D4">
              <w:rPr>
                <w:sz w:val="15"/>
              </w:rPr>
              <w:t>композиции</w:t>
            </w:r>
            <w:r w:rsidRPr="002019D4">
              <w:rPr>
                <w:spacing w:val="12"/>
                <w:sz w:val="15"/>
              </w:rPr>
              <w:t xml:space="preserve"> </w:t>
            </w:r>
            <w:r w:rsidRPr="002019D4">
              <w:rPr>
                <w:sz w:val="15"/>
              </w:rPr>
              <w:t>(например,</w:t>
            </w:r>
          </w:p>
          <w:p w:rsidR="00766E9C" w:rsidRDefault="00766E9C">
            <w:pPr>
              <w:pStyle w:val="TableParagraph"/>
              <w:spacing w:before="7"/>
              <w:ind w:left="86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«</w:t>
            </w:r>
            <w:proofErr w:type="spellStart"/>
            <w:r>
              <w:rPr>
                <w:sz w:val="15"/>
                <w:lang w:val="en-US"/>
              </w:rPr>
              <w:t>Образ</w:t>
            </w:r>
            <w:proofErr w:type="spellEnd"/>
            <w:r>
              <w:rPr>
                <w:spacing w:val="9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дерева</w:t>
            </w:r>
            <w:proofErr w:type="spellEnd"/>
            <w:r>
              <w:rPr>
                <w:sz w:val="15"/>
                <w:lang w:val="en-US"/>
              </w:rPr>
              <w:t>»)</w:t>
            </w:r>
            <w:proofErr w:type="gramStart"/>
            <w:r>
              <w:rPr>
                <w:sz w:val="15"/>
                <w:lang w:val="en-US"/>
              </w:rPr>
              <w:t>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24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25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26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098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7.4.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Освоение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инструментов традиционного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рисования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программе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  <w:lang w:val="en-US"/>
              </w:rPr>
              <w:t>Paint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на</w:t>
            </w:r>
            <w:r w:rsidRPr="002019D4">
              <w:rPr>
                <w:b/>
                <w:spacing w:val="1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основе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темы</w:t>
            </w:r>
          </w:p>
          <w:p w:rsidR="00766E9C" w:rsidRDefault="00766E9C">
            <w:pPr>
              <w:pStyle w:val="TableParagraph"/>
              <w:spacing w:before="1"/>
              <w:ind w:left="83"/>
              <w:rPr>
                <w:b/>
                <w:sz w:val="15"/>
                <w:lang w:val="en-US"/>
              </w:rPr>
            </w:pPr>
            <w:r>
              <w:rPr>
                <w:b/>
                <w:sz w:val="15"/>
                <w:lang w:val="en-US"/>
              </w:rPr>
              <w:t>«</w:t>
            </w:r>
            <w:proofErr w:type="spellStart"/>
            <w:r>
              <w:rPr>
                <w:b/>
                <w:sz w:val="15"/>
                <w:lang w:val="en-US"/>
              </w:rPr>
              <w:t>Тёплые</w:t>
            </w:r>
            <w:proofErr w:type="spellEnd"/>
            <w:r>
              <w:rPr>
                <w:b/>
                <w:spacing w:val="14"/>
                <w:sz w:val="15"/>
                <w:lang w:val="en-US"/>
              </w:rPr>
              <w:t xml:space="preserve"> </w:t>
            </w:r>
            <w:r>
              <w:rPr>
                <w:b/>
                <w:sz w:val="15"/>
                <w:lang w:val="en-US"/>
              </w:rPr>
              <w:t>и</w:t>
            </w:r>
            <w:r>
              <w:rPr>
                <w:b/>
                <w:spacing w:val="7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холодные</w:t>
            </w:r>
            <w:proofErr w:type="spellEnd"/>
            <w:r>
              <w:rPr>
                <w:b/>
                <w:spacing w:val="17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цвета</w:t>
            </w:r>
            <w:proofErr w:type="spellEnd"/>
            <w:r>
              <w:rPr>
                <w:b/>
                <w:sz w:val="15"/>
                <w:lang w:val="en-US"/>
              </w:rPr>
              <w:t>».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0.25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D472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Осваивать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композиционное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построение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кадра</w:t>
            </w:r>
            <w:r w:rsidRPr="002019D4">
              <w:rPr>
                <w:spacing w:val="5"/>
                <w:sz w:val="15"/>
              </w:rPr>
              <w:t xml:space="preserve"> </w:t>
            </w:r>
            <w:r w:rsidRPr="002019D4">
              <w:rPr>
                <w:sz w:val="15"/>
              </w:rPr>
              <w:t>при</w:t>
            </w:r>
            <w:r w:rsidRPr="002019D4">
              <w:rPr>
                <w:spacing w:val="11"/>
                <w:sz w:val="15"/>
              </w:rPr>
              <w:t xml:space="preserve"> </w:t>
            </w:r>
            <w:proofErr w:type="gramStart"/>
            <w:r w:rsidRPr="002019D4">
              <w:rPr>
                <w:sz w:val="15"/>
              </w:rPr>
              <w:t>фотографировании.;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27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28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29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766E9C" w:rsidTr="002019D4">
        <w:trPr>
          <w:trHeight w:val="1104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ind w:left="83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7.5.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71" w:lineRule="auto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Художественная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фотография.</w:t>
            </w:r>
            <w:r w:rsidRPr="002019D4">
              <w:rPr>
                <w:b/>
                <w:spacing w:val="1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Расположение</w:t>
            </w:r>
            <w:r w:rsidRPr="002019D4">
              <w:rPr>
                <w:b/>
                <w:spacing w:val="-35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объекта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кадре.</w:t>
            </w:r>
            <w:r w:rsidRPr="002019D4">
              <w:rPr>
                <w:b/>
                <w:spacing w:val="8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Масштаб.</w:t>
            </w:r>
            <w:r w:rsidRPr="002019D4">
              <w:rPr>
                <w:b/>
                <w:spacing w:val="10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Доминанта.</w:t>
            </w:r>
          </w:p>
          <w:p w:rsidR="00766E9C" w:rsidRPr="002019D4" w:rsidRDefault="00766E9C">
            <w:pPr>
              <w:pStyle w:val="TableParagraph"/>
              <w:spacing w:before="0" w:line="163" w:lineRule="exact"/>
              <w:ind w:left="83"/>
              <w:rPr>
                <w:b/>
                <w:sz w:val="15"/>
              </w:rPr>
            </w:pPr>
            <w:r w:rsidRPr="002019D4">
              <w:rPr>
                <w:b/>
                <w:sz w:val="15"/>
              </w:rPr>
              <w:t>Обсуждение</w:t>
            </w:r>
            <w:r w:rsidRPr="002019D4">
              <w:rPr>
                <w:b/>
                <w:spacing w:val="9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в</w:t>
            </w:r>
            <w:r w:rsidRPr="002019D4">
              <w:rPr>
                <w:b/>
                <w:spacing w:val="16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условиях</w:t>
            </w:r>
            <w:r w:rsidRPr="002019D4">
              <w:rPr>
                <w:b/>
                <w:spacing w:val="17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урока</w:t>
            </w:r>
            <w:r w:rsidRPr="002019D4">
              <w:rPr>
                <w:b/>
                <w:spacing w:val="12"/>
                <w:sz w:val="15"/>
              </w:rPr>
              <w:t xml:space="preserve"> </w:t>
            </w:r>
            <w:r w:rsidRPr="002019D4">
              <w:rPr>
                <w:b/>
                <w:sz w:val="15"/>
              </w:rPr>
              <w:t>ученических</w:t>
            </w:r>
          </w:p>
          <w:p w:rsidR="00766E9C" w:rsidRDefault="00766E9C">
            <w:pPr>
              <w:pStyle w:val="TableParagraph"/>
              <w:spacing w:before="24" w:line="264" w:lineRule="auto"/>
              <w:ind w:left="83" w:right="227"/>
              <w:rPr>
                <w:b/>
                <w:sz w:val="15"/>
                <w:lang w:val="en-US"/>
              </w:rPr>
            </w:pPr>
            <w:proofErr w:type="spellStart"/>
            <w:proofErr w:type="gramStart"/>
            <w:r>
              <w:rPr>
                <w:b/>
                <w:sz w:val="15"/>
                <w:lang w:val="en-US"/>
              </w:rPr>
              <w:t>фотографий</w:t>
            </w:r>
            <w:proofErr w:type="spellEnd"/>
            <w:proofErr w:type="gramEnd"/>
            <w:r>
              <w:rPr>
                <w:b/>
                <w:sz w:val="15"/>
                <w:lang w:val="en-US"/>
              </w:rPr>
              <w:t>,</w:t>
            </w:r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соответствующих</w:t>
            </w:r>
            <w:proofErr w:type="spellEnd"/>
            <w:r>
              <w:rPr>
                <w:b/>
                <w:spacing w:val="1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изучаемой</w:t>
            </w:r>
            <w:proofErr w:type="spellEnd"/>
            <w:r>
              <w:rPr>
                <w:b/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b/>
                <w:sz w:val="15"/>
                <w:lang w:val="en-US"/>
              </w:rPr>
              <w:t>теме</w:t>
            </w:r>
            <w:proofErr w:type="spellEnd"/>
            <w:r>
              <w:rPr>
                <w:b/>
                <w:sz w:val="15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766E9C" w:rsidRDefault="00766E9C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r w:rsidRPr="008D4721">
              <w:rPr>
                <w:w w:val="99"/>
                <w:sz w:val="15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E9C" w:rsidRDefault="00766E9C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Pr="002019D4" w:rsidRDefault="00766E9C">
            <w:pPr>
              <w:pStyle w:val="TableParagraph"/>
              <w:spacing w:before="62" w:line="264" w:lineRule="auto"/>
              <w:ind w:left="86" w:right="194"/>
              <w:rPr>
                <w:sz w:val="15"/>
              </w:rPr>
            </w:pPr>
            <w:r w:rsidRPr="002019D4">
              <w:rPr>
                <w:sz w:val="15"/>
              </w:rPr>
              <w:t>Участвовать</w:t>
            </w:r>
            <w:r w:rsidRPr="002019D4">
              <w:rPr>
                <w:spacing w:val="7"/>
                <w:sz w:val="15"/>
              </w:rPr>
              <w:t xml:space="preserve"> </w:t>
            </w:r>
            <w:r w:rsidRPr="002019D4">
              <w:rPr>
                <w:sz w:val="15"/>
              </w:rPr>
              <w:t>в</w:t>
            </w:r>
            <w:r w:rsidRPr="002019D4">
              <w:rPr>
                <w:spacing w:val="10"/>
                <w:sz w:val="15"/>
              </w:rPr>
              <w:t xml:space="preserve"> </w:t>
            </w:r>
            <w:r w:rsidRPr="002019D4">
              <w:rPr>
                <w:sz w:val="15"/>
              </w:rPr>
              <w:t>обсуждении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композиционного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построения</w:t>
            </w:r>
            <w:r w:rsidRPr="002019D4">
              <w:rPr>
                <w:spacing w:val="1"/>
                <w:sz w:val="15"/>
              </w:rPr>
              <w:t xml:space="preserve"> </w:t>
            </w:r>
            <w:r w:rsidRPr="002019D4">
              <w:rPr>
                <w:sz w:val="15"/>
              </w:rPr>
              <w:t>кадра</w:t>
            </w:r>
            <w:r w:rsidRPr="002019D4">
              <w:rPr>
                <w:spacing w:val="-35"/>
                <w:sz w:val="15"/>
              </w:rPr>
              <w:t xml:space="preserve"> </w:t>
            </w:r>
            <w:r w:rsidRPr="002019D4">
              <w:rPr>
                <w:sz w:val="15"/>
              </w:rPr>
              <w:t>фотографии;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71" w:lineRule="auto"/>
              <w:ind w:left="81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Практическая</w:t>
            </w:r>
            <w:proofErr w:type="spellEnd"/>
            <w:r>
              <w:rPr>
                <w:spacing w:val="-35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работа</w:t>
            </w:r>
            <w:proofErr w:type="spellEnd"/>
            <w:r>
              <w:rPr>
                <w:spacing w:val="3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;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E9C" w:rsidRDefault="00766E9C">
            <w:pPr>
              <w:pStyle w:val="TableParagraph"/>
              <w:spacing w:before="62" w:line="264" w:lineRule="auto"/>
              <w:ind w:left="84" w:right="96"/>
              <w:rPr>
                <w:sz w:val="15"/>
                <w:lang w:val="en-US"/>
              </w:rPr>
            </w:pPr>
            <w:proofErr w:type="gramStart"/>
            <w:r>
              <w:rPr>
                <w:sz w:val="15"/>
                <w:lang w:val="en-US"/>
              </w:rPr>
              <w:t>1.</w:t>
            </w:r>
            <w:proofErr w:type="gramEnd"/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"http://ru/wikipedia/org/wiki"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ff8"/>
                <w:sz w:val="15"/>
                <w:lang w:val="en-US"/>
              </w:rPr>
              <w:t>http://ru/wikipedia/org/wiki</w:t>
            </w:r>
            <w:r>
              <w:rPr>
                <w:lang w:val="en-US"/>
              </w:rPr>
              <w:fldChar w:fldCharType="end"/>
            </w:r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2.</w:t>
            </w:r>
            <w:hyperlink r:id="rId130" w:history="1">
              <w:r>
                <w:rPr>
                  <w:rStyle w:val="aff8"/>
                  <w:sz w:val="15"/>
                  <w:lang w:val="en-US"/>
                </w:rPr>
                <w:t>http://moikompas/ru/tags/plastilin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3.</w:t>
            </w:r>
            <w:hyperlink r:id="rId131" w:history="1">
              <w:r>
                <w:rPr>
                  <w:rStyle w:val="aff8"/>
                  <w:sz w:val="15"/>
                  <w:lang w:val="en-US"/>
                </w:rPr>
                <w:t>http://art.thelib.ru/culture/pictures/iskusstvo_yaponii.html</w:t>
              </w:r>
            </w:hyperlink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4.http://www.orientmuseum.</w:t>
            </w:r>
            <w:r>
              <w:rPr>
                <w:spacing w:val="37"/>
                <w:sz w:val="15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15"/>
                <w:lang w:val="en-US"/>
              </w:rPr>
              <w:t>ru</w:t>
            </w:r>
            <w:proofErr w:type="spellEnd"/>
            <w:r>
              <w:rPr>
                <w:sz w:val="15"/>
                <w:lang w:val="en-US"/>
              </w:rPr>
              <w:t>/art</w:t>
            </w:r>
            <w:proofErr w:type="gramEnd"/>
            <w:r>
              <w:rPr>
                <w:spacing w:val="1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5.</w:t>
            </w:r>
            <w:hyperlink r:id="rId132" w:history="1">
              <w:r>
                <w:rPr>
                  <w:rStyle w:val="aff8"/>
                  <w:sz w:val="15"/>
                  <w:lang w:val="en-US"/>
                </w:rPr>
                <w:t>http://www/vasnecov/ru</w:t>
              </w:r>
            </w:hyperlink>
          </w:p>
        </w:tc>
      </w:tr>
      <w:tr w:rsidR="002019D4" w:rsidTr="002019D4">
        <w:trPr>
          <w:trHeight w:val="330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ind w:left="83"/>
              <w:rPr>
                <w:sz w:val="15"/>
                <w:lang w:val="en-US"/>
              </w:rPr>
            </w:pPr>
            <w:proofErr w:type="spellStart"/>
            <w:r>
              <w:rPr>
                <w:sz w:val="15"/>
                <w:lang w:val="en-US"/>
              </w:rPr>
              <w:t>Итого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по</w:t>
            </w:r>
            <w:proofErr w:type="spellEnd"/>
            <w:r>
              <w:rPr>
                <w:spacing w:val="6"/>
                <w:sz w:val="15"/>
                <w:lang w:val="en-US"/>
              </w:rPr>
              <w:t xml:space="preserve"> </w:t>
            </w:r>
            <w:proofErr w:type="spellStart"/>
            <w:r>
              <w:rPr>
                <w:sz w:val="15"/>
                <w:lang w:val="en-US"/>
              </w:rPr>
              <w:t>модулю</w:t>
            </w:r>
            <w:proofErr w:type="spellEnd"/>
            <w:r>
              <w:rPr>
                <w:spacing w:val="10"/>
                <w:sz w:val="15"/>
                <w:lang w:val="en-US"/>
              </w:rPr>
              <w:t xml:space="preserve"> </w:t>
            </w:r>
            <w:r>
              <w:rPr>
                <w:sz w:val="15"/>
                <w:lang w:val="en-US"/>
              </w:rPr>
              <w:t>7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w w:val="99"/>
                <w:sz w:val="15"/>
                <w:lang w:val="en-US"/>
              </w:rPr>
              <w:t>2</w:t>
            </w:r>
          </w:p>
        </w:tc>
        <w:tc>
          <w:tcPr>
            <w:tcW w:w="110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  <w:tr w:rsidR="002019D4" w:rsidTr="002019D4">
        <w:trPr>
          <w:trHeight w:val="335"/>
        </w:trPr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2019D4" w:rsidRDefault="002019D4">
            <w:pPr>
              <w:pStyle w:val="TableParagraph"/>
              <w:ind w:left="83"/>
              <w:rPr>
                <w:sz w:val="15"/>
              </w:rPr>
            </w:pPr>
            <w:r w:rsidRPr="002019D4">
              <w:rPr>
                <w:sz w:val="15"/>
              </w:rPr>
              <w:t>ОБЩЕЕ</w:t>
            </w:r>
            <w:r w:rsidRPr="002019D4">
              <w:rPr>
                <w:spacing w:val="18"/>
                <w:sz w:val="15"/>
              </w:rPr>
              <w:t xml:space="preserve"> </w:t>
            </w:r>
            <w:r w:rsidRPr="002019D4">
              <w:rPr>
                <w:sz w:val="15"/>
              </w:rPr>
              <w:t>КОЛИЧЕСТВО</w:t>
            </w:r>
            <w:r w:rsidRPr="002019D4">
              <w:rPr>
                <w:spacing w:val="15"/>
                <w:sz w:val="15"/>
              </w:rPr>
              <w:t xml:space="preserve"> </w:t>
            </w:r>
            <w:r w:rsidRPr="002019D4">
              <w:rPr>
                <w:sz w:val="15"/>
              </w:rPr>
              <w:t>ЧАСОВ</w:t>
            </w:r>
            <w:r w:rsidRPr="002019D4">
              <w:rPr>
                <w:spacing w:val="20"/>
                <w:sz w:val="15"/>
              </w:rPr>
              <w:t xml:space="preserve"> </w:t>
            </w:r>
            <w:r w:rsidRPr="002019D4">
              <w:rPr>
                <w:sz w:val="15"/>
              </w:rPr>
              <w:t>ПО</w:t>
            </w:r>
            <w:r w:rsidRPr="002019D4">
              <w:rPr>
                <w:spacing w:val="14"/>
                <w:sz w:val="15"/>
              </w:rPr>
              <w:t xml:space="preserve"> </w:t>
            </w:r>
            <w:r w:rsidRPr="002019D4">
              <w:rPr>
                <w:sz w:val="15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Default="002019D4">
            <w:pPr>
              <w:pStyle w:val="TableParagraph"/>
              <w:rPr>
                <w:sz w:val="15"/>
                <w:lang w:val="en-US"/>
              </w:rPr>
            </w:pPr>
            <w:r>
              <w:rPr>
                <w:sz w:val="15"/>
                <w:lang w:val="en-US"/>
              </w:rPr>
              <w:t>34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766E9C" w:rsidRDefault="00766E9C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19D4" w:rsidRPr="00766E9C" w:rsidRDefault="00766E9C">
            <w:pPr>
              <w:pStyle w:val="TableParagraph"/>
              <w:rPr>
                <w:sz w:val="15"/>
              </w:rPr>
            </w:pPr>
            <w:r>
              <w:rPr>
                <w:w w:val="99"/>
                <w:sz w:val="15"/>
              </w:rPr>
              <w:t>34</w:t>
            </w:r>
          </w:p>
        </w:tc>
        <w:tc>
          <w:tcPr>
            <w:tcW w:w="8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19D4" w:rsidRDefault="002019D4">
            <w:pPr>
              <w:pStyle w:val="TableParagraph"/>
              <w:spacing w:before="0"/>
              <w:ind w:left="0"/>
              <w:rPr>
                <w:sz w:val="14"/>
                <w:lang w:val="en-US"/>
              </w:rPr>
            </w:pPr>
          </w:p>
        </w:tc>
      </w:tr>
    </w:tbl>
    <w:p w:rsidR="00F207B0" w:rsidRDefault="00F207B0">
      <w:pPr>
        <w:autoSpaceDE w:val="0"/>
        <w:autoSpaceDN w:val="0"/>
        <w:spacing w:after="0" w:line="14" w:lineRule="exact"/>
      </w:pPr>
    </w:p>
    <w:p w:rsidR="00F207B0" w:rsidRDefault="00F207B0">
      <w:pPr>
        <w:sectPr w:rsidR="00F207B0">
          <w:pgSz w:w="16840" w:h="11900"/>
          <w:pgMar w:top="282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207B0" w:rsidRDefault="00F207B0">
      <w:pPr>
        <w:autoSpaceDE w:val="0"/>
        <w:autoSpaceDN w:val="0"/>
        <w:spacing w:after="78" w:line="220" w:lineRule="exact"/>
      </w:pPr>
    </w:p>
    <w:p w:rsidR="00F207B0" w:rsidRDefault="002019D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F207B0" w:rsidTr="00766E9C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F207B0" w:rsidTr="00766E9C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07B0" w:rsidRDefault="00F207B0"/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B0" w:rsidRDefault="00F207B0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B0" w:rsidRDefault="002019D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B0" w:rsidRDefault="00F207B0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7B0" w:rsidRDefault="00F207B0"/>
        </w:tc>
      </w:tr>
      <w:tr w:rsidR="002019D4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Default="002019D4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Pr="00D14091" w:rsidRDefault="002019D4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Три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краски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Default="002019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Default="002019D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9D4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 xml:space="preserve">Практическая работа; </w:t>
            </w:r>
          </w:p>
        </w:tc>
      </w:tr>
      <w:tr w:rsidR="002019D4" w:rsidTr="00766E9C">
        <w:trPr>
          <w:trHeight w:hRule="exact" w:val="697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Default="002019D4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Pr="002019D4" w:rsidRDefault="002019D4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Пять красок – все богатство цвета и тона.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Default="002019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019D4" w:rsidRDefault="002019D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19D4" w:rsidRDefault="00766E9C">
            <w:r>
              <w:rPr>
                <w:lang w:val="ru-RU"/>
              </w:rPr>
              <w:t>Практическая работа;</w:t>
            </w:r>
          </w:p>
        </w:tc>
      </w:tr>
      <w:tr w:rsidR="00766E9C" w:rsidTr="00766E9C">
        <w:trPr>
          <w:trHeight w:hRule="exact" w:val="976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Изобразительные средства и их выразительность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100" w:after="0" w:line="230" w:lineRule="auto"/>
            </w:pP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Выразительные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аппликации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84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Выразительные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графических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85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Выразительность материалов для работы в объёме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08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Выразительные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возможности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1286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Для художника любой материал может стать выразительным (обобщение темы)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  <w:r>
              <w:rPr>
                <w:lang w:val="ru-RU"/>
              </w:rPr>
              <w:t>Тестирование;</w:t>
            </w:r>
          </w:p>
        </w:tc>
      </w:tr>
      <w:tr w:rsidR="00766E9C" w:rsidTr="00766E9C">
        <w:trPr>
          <w:trHeight w:hRule="exact" w:val="850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реальность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Украшение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реальность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Украшение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Постройка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реальность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Постройка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91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Обобщение темы. Братья – Мастера работают вместе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  <w:r>
              <w:rPr>
                <w:lang w:val="ru-RU"/>
              </w:rPr>
              <w:t>Тестирование;</w:t>
            </w:r>
          </w:p>
        </w:tc>
      </w:tr>
      <w:tr w:rsidR="00766E9C" w:rsidTr="00766E9C">
        <w:trPr>
          <w:trHeight w:hRule="exact" w:val="71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Выражение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характера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изображаемых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1403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Выражение характера животных в литературных произведениях (сказках, баснях)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00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100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Выражение характера человека в изображении.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100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Мужской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Выражение характера человека в изображении.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Женский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105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Образ человека и его характера выраженный в объеме.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698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природы в разных состояниях.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991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Выражение характера человека через украшение.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08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Выражение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намерений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украшение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185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В изображении, украшении и постройке человек выражает свои мысли, чувства, настроение, свое отношение к миру.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88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Цвет, как средство выражения: теплые и холодные цвета.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RPr="002019D4" w:rsidTr="00766E9C">
        <w:trPr>
          <w:trHeight w:hRule="exact" w:val="894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Цвет, как средство выражения: тихие (глухие) и звонкие цвета.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RPr="002019D4" w:rsidTr="00766E9C">
        <w:trPr>
          <w:trHeight w:hRule="exact" w:val="715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Линия как средство выражения, ритм линий.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RPr="002019D4" w:rsidTr="00766E9C">
        <w:trPr>
          <w:trHeight w:hRule="exact" w:val="96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Линия как средство выражения, характер линий.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RPr="002019D4" w:rsidTr="00766E9C">
        <w:trPr>
          <w:trHeight w:hRule="exact" w:val="629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Ритм пятен как средство выражения.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720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Пропорции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выражают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характер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Tr="00766E9C">
        <w:trPr>
          <w:trHeight w:hRule="exact" w:val="953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D14091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Ритм  линий</w:t>
            </w:r>
            <w:proofErr w:type="gramEnd"/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пятен, цвет.  </w:t>
            </w:r>
            <w:r w:rsidRPr="00D14091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Pr="00D14091">
              <w:rPr>
                <w:rFonts w:ascii="Times New Roman" w:hAnsi="Times New Roman"/>
                <w:sz w:val="24"/>
                <w:szCs w:val="24"/>
              </w:rPr>
              <w:t>средства</w:t>
            </w:r>
            <w:proofErr w:type="spellEnd"/>
            <w:proofErr w:type="gramEnd"/>
            <w:r w:rsidRPr="00D14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4091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proofErr w:type="spellEnd"/>
            <w:r w:rsidRPr="00D140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</w:p>
        </w:tc>
      </w:tr>
      <w:tr w:rsidR="00766E9C" w:rsidRPr="002019D4" w:rsidTr="00766E9C">
        <w:trPr>
          <w:trHeight w:hRule="exact" w:val="992"/>
        </w:trPr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numPr>
                <w:ilvl w:val="0"/>
                <w:numId w:val="10"/>
              </w:num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2019D4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19D4">
              <w:rPr>
                <w:rFonts w:ascii="Times New Roman" w:hAnsi="Times New Roman"/>
                <w:sz w:val="24"/>
                <w:szCs w:val="24"/>
                <w:lang w:val="ru-RU"/>
              </w:rPr>
              <w:t>Ритм линий и пятен, цвет, пропорции – средства выразительности.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Default="00766E9C">
            <w:r w:rsidRPr="00451AD4">
              <w:rPr>
                <w:lang w:val="ru-RU"/>
              </w:rPr>
              <w:t xml:space="preserve">Практическая работа; </w:t>
            </w:r>
            <w:r>
              <w:rPr>
                <w:lang w:val="ru-RU"/>
              </w:rPr>
              <w:t>Тестирование;</w:t>
            </w:r>
          </w:p>
        </w:tc>
      </w:tr>
      <w:tr w:rsidR="00766E9C" w:rsidRPr="002019D4" w:rsidTr="00723B56">
        <w:trPr>
          <w:trHeight w:hRule="exact" w:val="77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 w:rsidP="00900CC3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2019D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Default="00766E9C" w:rsidP="00900CC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766E9C" w:rsidRDefault="00766E9C" w:rsidP="00900CC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6E9C" w:rsidRPr="002019D4" w:rsidRDefault="00766E9C">
            <w:pPr>
              <w:rPr>
                <w:lang w:val="ru-RU"/>
              </w:rPr>
            </w:pPr>
          </w:p>
        </w:tc>
      </w:tr>
    </w:tbl>
    <w:p w:rsidR="00F207B0" w:rsidRPr="002019D4" w:rsidRDefault="00F207B0">
      <w:pPr>
        <w:autoSpaceDE w:val="0"/>
        <w:autoSpaceDN w:val="0"/>
        <w:spacing w:after="0" w:line="14" w:lineRule="exact"/>
        <w:rPr>
          <w:lang w:val="ru-RU"/>
        </w:rPr>
      </w:pPr>
    </w:p>
    <w:p w:rsidR="00766E9C" w:rsidRDefault="00766E9C">
      <w:pPr>
        <w:rPr>
          <w:lang w:val="ru-RU"/>
        </w:rPr>
      </w:pPr>
    </w:p>
    <w:p w:rsidR="00766E9C" w:rsidRDefault="00766E9C" w:rsidP="00766E9C">
      <w:pPr>
        <w:tabs>
          <w:tab w:val="left" w:pos="2760"/>
        </w:tabs>
        <w:rPr>
          <w:lang w:val="ru-RU"/>
        </w:rPr>
      </w:pPr>
    </w:p>
    <w:p w:rsidR="00766E9C" w:rsidRDefault="00766E9C" w:rsidP="00766E9C">
      <w:pPr>
        <w:tabs>
          <w:tab w:val="left" w:pos="2760"/>
        </w:tabs>
        <w:rPr>
          <w:lang w:val="ru-RU"/>
        </w:rPr>
      </w:pPr>
    </w:p>
    <w:p w:rsidR="00F207B0" w:rsidRDefault="00766E9C" w:rsidP="00766E9C">
      <w:pPr>
        <w:tabs>
          <w:tab w:val="left" w:pos="2760"/>
        </w:tabs>
      </w:pPr>
      <w:r>
        <w:rPr>
          <w:lang w:val="ru-RU"/>
        </w:rPr>
        <w:lastRenderedPageBreak/>
        <w:tab/>
      </w:r>
    </w:p>
    <w:p w:rsidR="00F207B0" w:rsidRPr="00766E9C" w:rsidRDefault="002019D4">
      <w:pPr>
        <w:autoSpaceDE w:val="0"/>
        <w:autoSpaceDN w:val="0"/>
        <w:spacing w:after="0" w:line="230" w:lineRule="auto"/>
        <w:rPr>
          <w:lang w:val="ru-RU"/>
        </w:rPr>
      </w:pPr>
      <w:r w:rsidRPr="00766E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F207B0" w:rsidRPr="00766E9C" w:rsidRDefault="002019D4">
      <w:pPr>
        <w:autoSpaceDE w:val="0"/>
        <w:autoSpaceDN w:val="0"/>
        <w:spacing w:before="346" w:after="0" w:line="230" w:lineRule="auto"/>
        <w:rPr>
          <w:lang w:val="ru-RU"/>
        </w:rPr>
      </w:pPr>
      <w:r w:rsidRPr="00766E9C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F207B0" w:rsidRPr="002019D4" w:rsidRDefault="002019D4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2 класс/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Коротеева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Е.И.; под редакцией </w:t>
      </w:r>
      <w:proofErr w:type="spellStart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2019D4">
        <w:rPr>
          <w:lang w:val="ru-RU"/>
        </w:rPr>
        <w:br/>
      </w:r>
      <w:r w:rsidRPr="002019D4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F207B0" w:rsidRPr="002019D4" w:rsidRDefault="002019D4">
      <w:pPr>
        <w:autoSpaceDE w:val="0"/>
        <w:autoSpaceDN w:val="0"/>
        <w:spacing w:before="262" w:after="0" w:line="230" w:lineRule="auto"/>
        <w:rPr>
          <w:lang w:val="ru-RU"/>
        </w:rPr>
      </w:pPr>
      <w:r w:rsidRPr="002019D4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66E9C" w:rsidRPr="00745D65" w:rsidRDefault="00766E9C" w:rsidP="00766E9C">
      <w:pPr>
        <w:pStyle w:val="af"/>
        <w:spacing w:before="152" w:line="295" w:lineRule="auto"/>
        <w:rPr>
          <w:lang w:val="ru-RU"/>
        </w:rPr>
      </w:pPr>
      <w:r w:rsidRPr="00766E9C">
        <w:rPr>
          <w:lang w:val="ru-RU"/>
        </w:rPr>
        <w:t>Рабочие</w:t>
      </w:r>
      <w:r w:rsidRPr="00766E9C">
        <w:rPr>
          <w:spacing w:val="-8"/>
          <w:lang w:val="ru-RU"/>
        </w:rPr>
        <w:t xml:space="preserve"> </w:t>
      </w:r>
      <w:r w:rsidRPr="00766E9C">
        <w:rPr>
          <w:lang w:val="ru-RU"/>
        </w:rPr>
        <w:t>программы</w:t>
      </w:r>
      <w:r w:rsidRPr="00766E9C">
        <w:rPr>
          <w:spacing w:val="-5"/>
          <w:lang w:val="ru-RU"/>
        </w:rPr>
        <w:t xml:space="preserve"> </w:t>
      </w:r>
      <w:r w:rsidRPr="00766E9C">
        <w:rPr>
          <w:lang w:val="ru-RU"/>
        </w:rPr>
        <w:t>«Изобразительное</w:t>
      </w:r>
      <w:r w:rsidRPr="00766E9C">
        <w:rPr>
          <w:spacing w:val="-10"/>
          <w:lang w:val="ru-RU"/>
        </w:rPr>
        <w:t xml:space="preserve"> </w:t>
      </w:r>
      <w:r w:rsidRPr="00766E9C">
        <w:rPr>
          <w:lang w:val="ru-RU"/>
        </w:rPr>
        <w:t>искусство».</w:t>
      </w:r>
      <w:r w:rsidRPr="00766E9C">
        <w:rPr>
          <w:spacing w:val="-4"/>
          <w:lang w:val="ru-RU"/>
        </w:rPr>
        <w:t xml:space="preserve"> </w:t>
      </w:r>
      <w:r w:rsidRPr="00766E9C">
        <w:rPr>
          <w:lang w:val="ru-RU"/>
        </w:rPr>
        <w:t>Предметная</w:t>
      </w:r>
      <w:r w:rsidRPr="00766E9C">
        <w:rPr>
          <w:spacing w:val="-12"/>
          <w:lang w:val="ru-RU"/>
        </w:rPr>
        <w:t xml:space="preserve"> </w:t>
      </w:r>
      <w:r w:rsidRPr="00766E9C">
        <w:rPr>
          <w:lang w:val="ru-RU"/>
        </w:rPr>
        <w:t>линия</w:t>
      </w:r>
      <w:r w:rsidRPr="00766E9C">
        <w:rPr>
          <w:spacing w:val="-10"/>
          <w:lang w:val="ru-RU"/>
        </w:rPr>
        <w:t xml:space="preserve"> </w:t>
      </w:r>
      <w:r w:rsidRPr="00766E9C">
        <w:rPr>
          <w:lang w:val="ru-RU"/>
        </w:rPr>
        <w:t>учебников</w:t>
      </w:r>
      <w:r w:rsidRPr="00766E9C">
        <w:rPr>
          <w:spacing w:val="-5"/>
          <w:lang w:val="ru-RU"/>
        </w:rPr>
        <w:t xml:space="preserve"> </w:t>
      </w:r>
      <w:r w:rsidRPr="00766E9C">
        <w:rPr>
          <w:lang w:val="ru-RU"/>
        </w:rPr>
        <w:t>под</w:t>
      </w:r>
      <w:r w:rsidRPr="00766E9C">
        <w:rPr>
          <w:spacing w:val="-9"/>
          <w:lang w:val="ru-RU"/>
        </w:rPr>
        <w:t xml:space="preserve"> </w:t>
      </w:r>
      <w:r w:rsidRPr="00766E9C">
        <w:rPr>
          <w:lang w:val="ru-RU"/>
        </w:rPr>
        <w:t>редакцией</w:t>
      </w:r>
      <w:r w:rsidRPr="00766E9C">
        <w:rPr>
          <w:spacing w:val="-6"/>
          <w:lang w:val="ru-RU"/>
        </w:rPr>
        <w:t xml:space="preserve"> </w:t>
      </w:r>
      <w:r w:rsidRPr="00766E9C">
        <w:rPr>
          <w:lang w:val="ru-RU"/>
        </w:rPr>
        <w:t>Б.М.</w:t>
      </w:r>
      <w:r w:rsidRPr="00766E9C">
        <w:rPr>
          <w:spacing w:val="-57"/>
          <w:lang w:val="ru-RU"/>
        </w:rPr>
        <w:t xml:space="preserve"> </w:t>
      </w:r>
      <w:proofErr w:type="spellStart"/>
      <w:r w:rsidRPr="00766E9C">
        <w:rPr>
          <w:lang w:val="ru-RU"/>
        </w:rPr>
        <w:t>Неменского</w:t>
      </w:r>
      <w:proofErr w:type="spellEnd"/>
      <w:r w:rsidRPr="00766E9C">
        <w:rPr>
          <w:lang w:val="ru-RU"/>
        </w:rPr>
        <w:t>.</w:t>
      </w:r>
      <w:r w:rsidRPr="00766E9C">
        <w:rPr>
          <w:spacing w:val="5"/>
          <w:lang w:val="ru-RU"/>
        </w:rPr>
        <w:t xml:space="preserve"> </w:t>
      </w:r>
      <w:r w:rsidRPr="00745D65">
        <w:rPr>
          <w:lang w:val="ru-RU"/>
        </w:rPr>
        <w:t>1-4</w:t>
      </w:r>
      <w:r w:rsidRPr="00745D65">
        <w:rPr>
          <w:spacing w:val="2"/>
          <w:lang w:val="ru-RU"/>
        </w:rPr>
        <w:t xml:space="preserve"> </w:t>
      </w:r>
      <w:r w:rsidRPr="00745D65">
        <w:rPr>
          <w:lang w:val="ru-RU"/>
        </w:rPr>
        <w:t>классы.</w:t>
      </w:r>
    </w:p>
    <w:p w:rsidR="00766E9C" w:rsidRPr="00766E9C" w:rsidRDefault="00766E9C" w:rsidP="00766E9C">
      <w:pPr>
        <w:pStyle w:val="af"/>
        <w:spacing w:line="292" w:lineRule="auto"/>
        <w:ind w:right="3924"/>
        <w:rPr>
          <w:lang w:val="ru-RU"/>
        </w:rPr>
      </w:pPr>
      <w:r w:rsidRPr="00766E9C">
        <w:rPr>
          <w:lang w:val="ru-RU"/>
        </w:rPr>
        <w:t>Авторы:</w:t>
      </w:r>
      <w:r w:rsidRPr="00766E9C">
        <w:rPr>
          <w:spacing w:val="-6"/>
          <w:lang w:val="ru-RU"/>
        </w:rPr>
        <w:t xml:space="preserve"> </w:t>
      </w:r>
      <w:r w:rsidRPr="00766E9C">
        <w:rPr>
          <w:lang w:val="ru-RU"/>
        </w:rPr>
        <w:t>Б.М.</w:t>
      </w:r>
      <w:r w:rsidRPr="00766E9C">
        <w:rPr>
          <w:spacing w:val="-5"/>
          <w:lang w:val="ru-RU"/>
        </w:rPr>
        <w:t xml:space="preserve"> </w:t>
      </w:r>
      <w:proofErr w:type="spellStart"/>
      <w:r w:rsidRPr="00766E9C">
        <w:rPr>
          <w:lang w:val="ru-RU"/>
        </w:rPr>
        <w:t>Неменский</w:t>
      </w:r>
      <w:proofErr w:type="spellEnd"/>
      <w:r w:rsidRPr="00766E9C">
        <w:rPr>
          <w:lang w:val="ru-RU"/>
        </w:rPr>
        <w:t>,</w:t>
      </w:r>
      <w:r w:rsidRPr="00766E9C">
        <w:rPr>
          <w:spacing w:val="-4"/>
          <w:lang w:val="ru-RU"/>
        </w:rPr>
        <w:t xml:space="preserve"> </w:t>
      </w:r>
      <w:r w:rsidRPr="00766E9C">
        <w:rPr>
          <w:lang w:val="ru-RU"/>
        </w:rPr>
        <w:t xml:space="preserve">Л.А. </w:t>
      </w:r>
      <w:proofErr w:type="spellStart"/>
      <w:r w:rsidRPr="00766E9C">
        <w:rPr>
          <w:lang w:val="ru-RU"/>
        </w:rPr>
        <w:t>Неменская</w:t>
      </w:r>
      <w:proofErr w:type="spellEnd"/>
      <w:r w:rsidRPr="00766E9C">
        <w:rPr>
          <w:lang w:val="ru-RU"/>
        </w:rPr>
        <w:t>, НА. Горяева</w:t>
      </w:r>
      <w:r w:rsidRPr="00766E9C">
        <w:rPr>
          <w:spacing w:val="-3"/>
          <w:lang w:val="ru-RU"/>
        </w:rPr>
        <w:t xml:space="preserve"> </w:t>
      </w:r>
      <w:r w:rsidRPr="00766E9C">
        <w:rPr>
          <w:lang w:val="ru-RU"/>
        </w:rPr>
        <w:t>и</w:t>
      </w:r>
      <w:r w:rsidRPr="00766E9C">
        <w:rPr>
          <w:spacing w:val="-6"/>
          <w:lang w:val="ru-RU"/>
        </w:rPr>
        <w:t xml:space="preserve"> </w:t>
      </w:r>
      <w:r w:rsidRPr="00766E9C">
        <w:rPr>
          <w:lang w:val="ru-RU"/>
        </w:rPr>
        <w:t>др.</w:t>
      </w:r>
      <w:r w:rsidRPr="00766E9C">
        <w:rPr>
          <w:spacing w:val="-57"/>
          <w:lang w:val="ru-RU"/>
        </w:rPr>
        <w:t xml:space="preserve"> </w:t>
      </w:r>
      <w:r w:rsidRPr="00766E9C">
        <w:rPr>
          <w:lang w:val="ru-RU"/>
        </w:rPr>
        <w:t>М.:</w:t>
      </w:r>
      <w:r w:rsidRPr="00766E9C">
        <w:rPr>
          <w:spacing w:val="2"/>
          <w:lang w:val="ru-RU"/>
        </w:rPr>
        <w:t xml:space="preserve"> </w:t>
      </w:r>
      <w:r w:rsidRPr="00766E9C">
        <w:rPr>
          <w:lang w:val="ru-RU"/>
        </w:rPr>
        <w:t>«Просвещение»,</w:t>
      </w:r>
      <w:r w:rsidRPr="00766E9C">
        <w:rPr>
          <w:spacing w:val="4"/>
          <w:lang w:val="ru-RU"/>
        </w:rPr>
        <w:t xml:space="preserve"> </w:t>
      </w:r>
      <w:r w:rsidRPr="00766E9C">
        <w:rPr>
          <w:lang w:val="ru-RU"/>
        </w:rPr>
        <w:t>2012</w:t>
      </w:r>
      <w:r w:rsidRPr="00766E9C">
        <w:rPr>
          <w:spacing w:val="-3"/>
          <w:lang w:val="ru-RU"/>
        </w:rPr>
        <w:t xml:space="preserve"> </w:t>
      </w:r>
      <w:r w:rsidRPr="00766E9C">
        <w:rPr>
          <w:lang w:val="ru-RU"/>
        </w:rPr>
        <w:t>год</w:t>
      </w:r>
    </w:p>
    <w:p w:rsidR="00766E9C" w:rsidRPr="00766E9C" w:rsidRDefault="00766E9C" w:rsidP="00766E9C">
      <w:pPr>
        <w:pStyle w:val="af"/>
        <w:spacing w:line="275" w:lineRule="exact"/>
        <w:rPr>
          <w:lang w:val="ru-RU"/>
        </w:rPr>
      </w:pPr>
      <w:r w:rsidRPr="00766E9C">
        <w:rPr>
          <w:lang w:val="ru-RU"/>
        </w:rPr>
        <w:t>Изобразительное</w:t>
      </w:r>
      <w:r w:rsidRPr="00766E9C">
        <w:rPr>
          <w:spacing w:val="-12"/>
          <w:lang w:val="ru-RU"/>
        </w:rPr>
        <w:t xml:space="preserve"> </w:t>
      </w:r>
      <w:r w:rsidRPr="00766E9C">
        <w:rPr>
          <w:lang w:val="ru-RU"/>
        </w:rPr>
        <w:t>искусство.</w:t>
      </w:r>
      <w:r w:rsidRPr="00766E9C">
        <w:rPr>
          <w:spacing w:val="-3"/>
          <w:lang w:val="ru-RU"/>
        </w:rPr>
        <w:t xml:space="preserve"> </w:t>
      </w:r>
      <w:r w:rsidRPr="00766E9C">
        <w:rPr>
          <w:lang w:val="ru-RU"/>
        </w:rPr>
        <w:t>Методическое</w:t>
      </w:r>
      <w:r w:rsidRPr="00766E9C">
        <w:rPr>
          <w:spacing w:val="-7"/>
          <w:lang w:val="ru-RU"/>
        </w:rPr>
        <w:t xml:space="preserve"> </w:t>
      </w:r>
      <w:r w:rsidRPr="00766E9C">
        <w:rPr>
          <w:lang w:val="ru-RU"/>
        </w:rPr>
        <w:t>пособие.</w:t>
      </w:r>
      <w:r w:rsidRPr="00766E9C">
        <w:rPr>
          <w:spacing w:val="-8"/>
          <w:lang w:val="ru-RU"/>
        </w:rPr>
        <w:t xml:space="preserve"> </w:t>
      </w:r>
      <w:r w:rsidRPr="00766E9C">
        <w:rPr>
          <w:lang w:val="ru-RU"/>
        </w:rPr>
        <w:t>1-4</w:t>
      </w:r>
      <w:r w:rsidRPr="00766E9C">
        <w:rPr>
          <w:spacing w:val="-11"/>
          <w:lang w:val="ru-RU"/>
        </w:rPr>
        <w:t xml:space="preserve"> </w:t>
      </w:r>
      <w:r w:rsidRPr="00766E9C">
        <w:rPr>
          <w:lang w:val="ru-RU"/>
        </w:rPr>
        <w:t>классы.</w:t>
      </w:r>
    </w:p>
    <w:p w:rsidR="00766E9C" w:rsidRPr="00D63D5A" w:rsidRDefault="00766E9C" w:rsidP="00766E9C">
      <w:pPr>
        <w:pStyle w:val="af"/>
        <w:spacing w:before="9"/>
        <w:rPr>
          <w:sz w:val="21"/>
          <w:lang w:val="ru-RU"/>
        </w:rPr>
      </w:pPr>
    </w:p>
    <w:p w:rsidR="00766E9C" w:rsidRPr="00D63D5A" w:rsidRDefault="00766E9C" w:rsidP="00766E9C">
      <w:pPr>
        <w:pStyle w:val="1"/>
        <w:spacing w:before="0"/>
        <w:rPr>
          <w:color w:val="auto"/>
          <w:lang w:val="ru-RU"/>
        </w:rPr>
      </w:pPr>
      <w:r w:rsidRPr="00D63D5A">
        <w:rPr>
          <w:color w:val="auto"/>
          <w:lang w:val="ru-RU"/>
        </w:rPr>
        <w:t>ЦИФРОВЫЕ</w:t>
      </w:r>
      <w:r w:rsidRPr="00D63D5A">
        <w:rPr>
          <w:color w:val="auto"/>
          <w:spacing w:val="-11"/>
          <w:lang w:val="ru-RU"/>
        </w:rPr>
        <w:t xml:space="preserve"> </w:t>
      </w:r>
      <w:r w:rsidRPr="00D63D5A">
        <w:rPr>
          <w:color w:val="auto"/>
          <w:lang w:val="ru-RU"/>
        </w:rPr>
        <w:t>ОБРАЗОВАТЕЛЬНЫЕ</w:t>
      </w:r>
      <w:r w:rsidRPr="00D63D5A">
        <w:rPr>
          <w:color w:val="auto"/>
          <w:spacing w:val="-10"/>
          <w:lang w:val="ru-RU"/>
        </w:rPr>
        <w:t xml:space="preserve"> </w:t>
      </w:r>
      <w:r w:rsidRPr="00D63D5A">
        <w:rPr>
          <w:color w:val="auto"/>
          <w:lang w:val="ru-RU"/>
        </w:rPr>
        <w:t>РЕСУРСЫ</w:t>
      </w:r>
      <w:r w:rsidRPr="00D63D5A">
        <w:rPr>
          <w:color w:val="auto"/>
          <w:spacing w:val="-10"/>
          <w:lang w:val="ru-RU"/>
        </w:rPr>
        <w:t xml:space="preserve"> </w:t>
      </w:r>
      <w:r w:rsidRPr="00D63D5A">
        <w:rPr>
          <w:color w:val="auto"/>
          <w:lang w:val="ru-RU"/>
        </w:rPr>
        <w:t>И</w:t>
      </w:r>
      <w:r w:rsidRPr="00D63D5A">
        <w:rPr>
          <w:color w:val="auto"/>
          <w:spacing w:val="-8"/>
          <w:lang w:val="ru-RU"/>
        </w:rPr>
        <w:t xml:space="preserve"> </w:t>
      </w:r>
      <w:r w:rsidRPr="00D63D5A">
        <w:rPr>
          <w:color w:val="auto"/>
          <w:lang w:val="ru-RU"/>
        </w:rPr>
        <w:t>РЕСУРСЫ</w:t>
      </w:r>
      <w:r w:rsidRPr="00D63D5A">
        <w:rPr>
          <w:color w:val="auto"/>
          <w:spacing w:val="-10"/>
          <w:lang w:val="ru-RU"/>
        </w:rPr>
        <w:t xml:space="preserve"> </w:t>
      </w:r>
      <w:r w:rsidRPr="00D63D5A">
        <w:rPr>
          <w:color w:val="auto"/>
          <w:lang w:val="ru-RU"/>
        </w:rPr>
        <w:t>СЕТИ</w:t>
      </w:r>
      <w:r w:rsidRPr="00D63D5A">
        <w:rPr>
          <w:color w:val="auto"/>
          <w:spacing w:val="-9"/>
          <w:lang w:val="ru-RU"/>
        </w:rPr>
        <w:t xml:space="preserve"> </w:t>
      </w:r>
      <w:r w:rsidRPr="00D63D5A">
        <w:rPr>
          <w:color w:val="auto"/>
          <w:lang w:val="ru-RU"/>
        </w:rPr>
        <w:t>ИНТЕРНЕТ</w:t>
      </w:r>
    </w:p>
    <w:p w:rsidR="00766E9C" w:rsidRPr="00766E9C" w:rsidRDefault="00766E9C" w:rsidP="00766E9C">
      <w:pPr>
        <w:pStyle w:val="af"/>
        <w:spacing w:before="151" w:line="292" w:lineRule="auto"/>
        <w:ind w:right="7560"/>
        <w:rPr>
          <w:lang w:val="ru-RU"/>
        </w:rPr>
      </w:pPr>
      <w:r w:rsidRPr="00766E9C">
        <w:rPr>
          <w:lang w:val="ru-RU"/>
        </w:rPr>
        <w:t>а)</w:t>
      </w:r>
      <w:r w:rsidRPr="00766E9C">
        <w:rPr>
          <w:spacing w:val="1"/>
          <w:lang w:val="ru-RU"/>
        </w:rPr>
        <w:t xml:space="preserve"> </w:t>
      </w:r>
      <w:r w:rsidRPr="00766E9C">
        <w:rPr>
          <w:spacing w:val="-2"/>
          <w:lang w:val="ru-RU"/>
        </w:rPr>
        <w:t>1.</w:t>
      </w:r>
      <w:hyperlink r:id="rId133">
        <w:r>
          <w:rPr>
            <w:spacing w:val="-2"/>
          </w:rPr>
          <w:t>http</w:t>
        </w:r>
        <w:r w:rsidRPr="00766E9C">
          <w:rPr>
            <w:spacing w:val="-2"/>
            <w:lang w:val="ru-RU"/>
          </w:rPr>
          <w:t>://</w:t>
        </w:r>
        <w:proofErr w:type="spellStart"/>
        <w:r>
          <w:rPr>
            <w:spacing w:val="-2"/>
          </w:rPr>
          <w:t>ru</w:t>
        </w:r>
        <w:proofErr w:type="spellEnd"/>
        <w:r w:rsidRPr="00766E9C">
          <w:rPr>
            <w:spacing w:val="-2"/>
            <w:lang w:val="ru-RU"/>
          </w:rPr>
          <w:t>/</w:t>
        </w:r>
        <w:proofErr w:type="spellStart"/>
        <w:r>
          <w:rPr>
            <w:spacing w:val="-2"/>
          </w:rPr>
          <w:t>wikipedia</w:t>
        </w:r>
        <w:proofErr w:type="spellEnd"/>
        <w:r w:rsidRPr="00766E9C">
          <w:rPr>
            <w:spacing w:val="-2"/>
            <w:lang w:val="ru-RU"/>
          </w:rPr>
          <w:t>/</w:t>
        </w:r>
        <w:r>
          <w:rPr>
            <w:spacing w:val="-2"/>
          </w:rPr>
          <w:t>org</w:t>
        </w:r>
        <w:r w:rsidRPr="00766E9C">
          <w:rPr>
            <w:spacing w:val="-2"/>
            <w:lang w:val="ru-RU"/>
          </w:rPr>
          <w:t>/</w:t>
        </w:r>
        <w:r>
          <w:rPr>
            <w:spacing w:val="-2"/>
          </w:rPr>
          <w:t>wiki</w:t>
        </w:r>
      </w:hyperlink>
    </w:p>
    <w:p w:rsidR="00766E9C" w:rsidRDefault="00766E9C" w:rsidP="00766E9C">
      <w:pPr>
        <w:pStyle w:val="af"/>
        <w:spacing w:line="292" w:lineRule="auto"/>
        <w:ind w:right="4684"/>
      </w:pPr>
      <w:r w:rsidRPr="00766E9C">
        <w:rPr>
          <w:lang w:val="ru-RU"/>
        </w:rPr>
        <w:t>2.</w:t>
      </w:r>
      <w:hyperlink r:id="rId134">
        <w:r>
          <w:t>http</w:t>
        </w:r>
        <w:r w:rsidRPr="00766E9C">
          <w:rPr>
            <w:lang w:val="ru-RU"/>
          </w:rPr>
          <w:t>://</w:t>
        </w:r>
        <w:proofErr w:type="spellStart"/>
        <w:r>
          <w:t>moikompas</w:t>
        </w:r>
        <w:proofErr w:type="spellEnd"/>
        <w:r w:rsidRPr="00766E9C">
          <w:rPr>
            <w:lang w:val="ru-RU"/>
          </w:rPr>
          <w:t>/</w:t>
        </w:r>
        <w:proofErr w:type="spellStart"/>
        <w:r>
          <w:t>ru</w:t>
        </w:r>
        <w:proofErr w:type="spellEnd"/>
        <w:r w:rsidRPr="00766E9C">
          <w:rPr>
            <w:lang w:val="ru-RU"/>
          </w:rPr>
          <w:t>/</w:t>
        </w:r>
        <w:r>
          <w:t>tags</w:t>
        </w:r>
        <w:r w:rsidRPr="00766E9C">
          <w:rPr>
            <w:lang w:val="ru-RU"/>
          </w:rPr>
          <w:t>/</w:t>
        </w:r>
        <w:proofErr w:type="spellStart"/>
        <w:r>
          <w:t>plastilin</w:t>
        </w:r>
        <w:proofErr w:type="spellEnd"/>
      </w:hyperlink>
      <w:r w:rsidRPr="00766E9C">
        <w:rPr>
          <w:spacing w:val="1"/>
          <w:lang w:val="ru-RU"/>
        </w:rPr>
        <w:t xml:space="preserve"> </w:t>
      </w:r>
      <w:r w:rsidRPr="00766E9C">
        <w:rPr>
          <w:spacing w:val="-2"/>
          <w:lang w:val="ru-RU"/>
        </w:rPr>
        <w:t>3.</w:t>
      </w:r>
      <w:hyperlink r:id="rId135">
        <w:r>
          <w:rPr>
            <w:spacing w:val="-2"/>
          </w:rPr>
          <w:t>http://art.thelib.ru/culture/pictures/iskusstvo_yaponii.html</w:t>
        </w:r>
      </w:hyperlink>
      <w:r>
        <w:rPr>
          <w:spacing w:val="-1"/>
        </w:rPr>
        <w:t xml:space="preserve"> </w:t>
      </w:r>
      <w:r>
        <w:t>4.http://www.orientmuseum.</w:t>
      </w:r>
      <w:r>
        <w:rPr>
          <w:spacing w:val="3"/>
        </w:rPr>
        <w:t xml:space="preserve"> </w:t>
      </w:r>
      <w:proofErr w:type="spellStart"/>
      <w:r>
        <w:t>ru</w:t>
      </w:r>
      <w:proofErr w:type="spellEnd"/>
      <w:r>
        <w:t>/art</w:t>
      </w:r>
      <w:r>
        <w:rPr>
          <w:spacing w:val="1"/>
        </w:rPr>
        <w:t xml:space="preserve"> </w:t>
      </w:r>
      <w:r>
        <w:t>5.</w:t>
      </w:r>
      <w:hyperlink r:id="rId136">
        <w:r>
          <w:t>http://www/vasnecov/ru</w:t>
        </w:r>
      </w:hyperlink>
    </w:p>
    <w:p w:rsidR="00D63D5A" w:rsidRPr="00745D65" w:rsidRDefault="00766E9C" w:rsidP="00D63D5A">
      <w:pPr>
        <w:autoSpaceDE w:val="0"/>
        <w:autoSpaceDN w:val="0"/>
        <w:spacing w:before="168" w:after="0" w:line="230" w:lineRule="auto"/>
      </w:pPr>
      <w:r w:rsidRPr="00D63D5A">
        <w:rPr>
          <w:lang w:val="ru-RU"/>
        </w:rPr>
        <w:t>б</w:t>
      </w:r>
      <w:r w:rsidRPr="00745D65">
        <w:t>)</w:t>
      </w:r>
      <w:r w:rsidR="00D63D5A" w:rsidRPr="00745D65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D63D5A">
        <w:rPr>
          <w:rFonts w:ascii="Times New Roman" w:eastAsia="Times New Roman" w:hAnsi="Times New Roman"/>
          <w:color w:val="000000"/>
          <w:sz w:val="24"/>
        </w:rPr>
        <w:t>https</w:t>
      </w:r>
      <w:r w:rsidR="00D63D5A" w:rsidRPr="00745D65">
        <w:rPr>
          <w:rFonts w:ascii="Times New Roman" w:eastAsia="Times New Roman" w:hAnsi="Times New Roman"/>
          <w:color w:val="000000"/>
          <w:sz w:val="24"/>
        </w:rPr>
        <w:t>://</w:t>
      </w:r>
      <w:r w:rsidR="00D63D5A">
        <w:rPr>
          <w:rFonts w:ascii="Times New Roman" w:eastAsia="Times New Roman" w:hAnsi="Times New Roman"/>
          <w:color w:val="000000"/>
          <w:sz w:val="24"/>
        </w:rPr>
        <w:t>resh</w:t>
      </w:r>
      <w:r w:rsidR="00D63D5A" w:rsidRPr="00745D65">
        <w:rPr>
          <w:rFonts w:ascii="Times New Roman" w:eastAsia="Times New Roman" w:hAnsi="Times New Roman"/>
          <w:color w:val="000000"/>
          <w:sz w:val="24"/>
        </w:rPr>
        <w:t>.</w:t>
      </w:r>
      <w:r w:rsidR="00D63D5A">
        <w:rPr>
          <w:rFonts w:ascii="Times New Roman" w:eastAsia="Times New Roman" w:hAnsi="Times New Roman"/>
          <w:color w:val="000000"/>
          <w:sz w:val="24"/>
        </w:rPr>
        <w:t>edu</w:t>
      </w:r>
      <w:r w:rsidR="00D63D5A" w:rsidRPr="00745D65">
        <w:rPr>
          <w:rFonts w:ascii="Times New Roman" w:eastAsia="Times New Roman" w:hAnsi="Times New Roman"/>
          <w:color w:val="000000"/>
          <w:sz w:val="24"/>
        </w:rPr>
        <w:t>.</w:t>
      </w:r>
      <w:r w:rsidR="00D63D5A">
        <w:rPr>
          <w:rFonts w:ascii="Times New Roman" w:eastAsia="Times New Roman" w:hAnsi="Times New Roman"/>
          <w:color w:val="000000"/>
          <w:sz w:val="24"/>
        </w:rPr>
        <w:t>ru</w:t>
      </w:r>
      <w:r w:rsidR="00D63D5A" w:rsidRPr="00745D65">
        <w:rPr>
          <w:rFonts w:ascii="Times New Roman" w:eastAsia="Times New Roman" w:hAnsi="Times New Roman"/>
          <w:color w:val="000000"/>
          <w:sz w:val="24"/>
        </w:rPr>
        <w:t>/</w:t>
      </w:r>
      <w:r w:rsidR="00D63D5A">
        <w:rPr>
          <w:rFonts w:ascii="Times New Roman" w:eastAsia="Times New Roman" w:hAnsi="Times New Roman"/>
          <w:color w:val="000000"/>
          <w:sz w:val="24"/>
        </w:rPr>
        <w:t>subject</w:t>
      </w:r>
      <w:r w:rsidR="00D63D5A" w:rsidRPr="00745D65">
        <w:rPr>
          <w:rFonts w:ascii="Times New Roman" w:eastAsia="Times New Roman" w:hAnsi="Times New Roman"/>
          <w:color w:val="000000"/>
          <w:sz w:val="24"/>
        </w:rPr>
        <w:t>/7/2/</w:t>
      </w:r>
    </w:p>
    <w:p w:rsidR="00766E9C" w:rsidRPr="00745D65" w:rsidRDefault="00766E9C" w:rsidP="00766E9C">
      <w:pPr>
        <w:pStyle w:val="af"/>
        <w:spacing w:line="274" w:lineRule="exact"/>
      </w:pPr>
    </w:p>
    <w:p w:rsidR="00766E9C" w:rsidRDefault="00766E9C" w:rsidP="00766E9C">
      <w:pPr>
        <w:pStyle w:val="af"/>
        <w:spacing w:before="54" w:line="292" w:lineRule="auto"/>
        <w:ind w:right="4990"/>
      </w:pPr>
      <w:r>
        <w:t xml:space="preserve">1.Как </w:t>
      </w:r>
      <w:proofErr w:type="spellStart"/>
      <w:r>
        <w:t>рисовать</w:t>
      </w:r>
      <w:proofErr w:type="spellEnd"/>
      <w:r>
        <w:t xml:space="preserve"> </w:t>
      </w:r>
      <w:proofErr w:type="spellStart"/>
      <w:r>
        <w:t>деревья</w:t>
      </w:r>
      <w:proofErr w:type="spellEnd"/>
      <w:r>
        <w:t>./kak_risovat_derevja.docx</w:t>
      </w:r>
      <w:r>
        <w:rPr>
          <w:spacing w:val="1"/>
        </w:rPr>
        <w:t xml:space="preserve"> </w:t>
      </w:r>
      <w:r>
        <w:t xml:space="preserve">2.Как </w:t>
      </w:r>
      <w:proofErr w:type="spellStart"/>
      <w:r>
        <w:t>рисовать</w:t>
      </w:r>
      <w:proofErr w:type="spellEnd"/>
      <w:r>
        <w:t xml:space="preserve"> </w:t>
      </w:r>
      <w:proofErr w:type="spellStart"/>
      <w:r>
        <w:t>пастелью</w:t>
      </w:r>
      <w:proofErr w:type="spellEnd"/>
      <w:r>
        <w:t>/kak_risovat_pastelju.docx</w:t>
      </w:r>
      <w:r>
        <w:rPr>
          <w:spacing w:val="1"/>
        </w:rPr>
        <w:t xml:space="preserve"> </w:t>
      </w:r>
      <w:r>
        <w:rPr>
          <w:spacing w:val="-1"/>
        </w:rPr>
        <w:t>3.Пастельные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карандаши</w:t>
      </w:r>
      <w:proofErr w:type="spellEnd"/>
      <w:r>
        <w:rPr>
          <w:spacing w:val="-1"/>
        </w:rPr>
        <w:t>/pastelnye_karandashi.docx</w:t>
      </w:r>
    </w:p>
    <w:p w:rsidR="00766E9C" w:rsidRDefault="00766E9C" w:rsidP="00766E9C">
      <w:pPr>
        <w:pStyle w:val="af"/>
        <w:spacing w:line="292" w:lineRule="auto"/>
        <w:ind w:right="4684"/>
      </w:pPr>
      <w:r>
        <w:rPr>
          <w:spacing w:val="-1"/>
        </w:rPr>
        <w:t>4.Основы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владения</w:t>
      </w:r>
      <w:proofErr w:type="spellEnd"/>
      <w:r>
        <w:rPr>
          <w:spacing w:val="-10"/>
        </w:rPr>
        <w:t xml:space="preserve"> </w:t>
      </w:r>
      <w:proofErr w:type="spellStart"/>
      <w:r>
        <w:t>кистью</w:t>
      </w:r>
      <w:proofErr w:type="spellEnd"/>
      <w:r>
        <w:t>/osnovy_vladenija_kistju.docx</w:t>
      </w:r>
      <w:r>
        <w:rPr>
          <w:spacing w:val="-57"/>
        </w:rPr>
        <w:t xml:space="preserve"> </w:t>
      </w:r>
      <w:r>
        <w:t xml:space="preserve">5.Рисуем </w:t>
      </w:r>
      <w:proofErr w:type="spellStart"/>
      <w:r>
        <w:t>грушу</w:t>
      </w:r>
      <w:proofErr w:type="spellEnd"/>
      <w:r>
        <w:t xml:space="preserve"> </w:t>
      </w:r>
      <w:proofErr w:type="spellStart"/>
      <w:r>
        <w:t>гуашью</w:t>
      </w:r>
      <w:proofErr w:type="spellEnd"/>
      <w:r>
        <w:t>/risuem_grushu_guashju.docx</w:t>
      </w:r>
      <w:r>
        <w:rPr>
          <w:spacing w:val="1"/>
        </w:rPr>
        <w:t xml:space="preserve"> </w:t>
      </w:r>
      <w:r>
        <w:t>6.Кисть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чернила</w:t>
      </w:r>
      <w:proofErr w:type="spellEnd"/>
      <w:r>
        <w:rPr>
          <w:spacing w:val="1"/>
        </w:rPr>
        <w:t xml:space="preserve"> </w:t>
      </w:r>
      <w:r>
        <w:t>/kist_i_chernila.docx</w:t>
      </w:r>
    </w:p>
    <w:p w:rsidR="00D63D5A" w:rsidRPr="00766E9C" w:rsidRDefault="00D63D5A" w:rsidP="00D63D5A">
      <w:pPr>
        <w:pStyle w:val="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5F257" wp14:editId="7D6EB431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8C1EB" id="Прямоугольник 1" o:spid="_x0000_s1026" style="position:absolute;margin-left:33.3pt;margin-top:22.95pt;width:528.1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CRJjJb3wAAAAkBAAAPAAAAZHJzL2Rvd25yZXYu&#10;eG1sTI9BT8MwDIXvSPyHyEjcWNpqK1tpOjEkjkhscGC3tDFttcYpSbYVfj3eCW6239Pz98r1ZAdx&#10;Qh96RwrSWQICqXGmp1bB+9vz3RJEiJqMHhyhgm8MsK6ur0pdGHemLZ52sRUcQqHQCroYx0LK0HRo&#10;dZi5EYm1T+etjrz6VhqvzxxuB5klSS6t7ok/dHrEpw6bw+5oFWxWy83X65xefrb1Hvcf9WGR+USp&#10;25vp8QFExCn+meGCz+hQMVPtjmSCGBTkec5OBfPFCsRFT7OMp5ov9ynIqpT/G1S/AA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JEmMlvfAAAACQ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bookmarkStart w:id="1" w:name="МАТЕРИАЛЬНО-ТЕХНИЧЕСКОЕ_ОБЕСПЕЧЕНИЕ_ОБРА"/>
      <w:bookmarkStart w:id="2" w:name="ОБОРУДОВАНИЕ_ДЛЯ_ПРОВЕДЕНИЯ_ЛАБОРАТОРНЫХ"/>
      <w:bookmarkEnd w:id="1"/>
      <w:bookmarkEnd w:id="2"/>
      <w:r w:rsidRPr="00766E9C">
        <w:rPr>
          <w:spacing w:val="-1"/>
          <w:lang w:val="ru-RU"/>
        </w:rPr>
        <w:t>МАТЕРИАЛЬНО-ТЕХНИЧЕСКОЕ</w:t>
      </w:r>
      <w:r w:rsidRPr="00766E9C">
        <w:rPr>
          <w:spacing w:val="-13"/>
          <w:lang w:val="ru-RU"/>
        </w:rPr>
        <w:t xml:space="preserve"> </w:t>
      </w:r>
      <w:r w:rsidRPr="00766E9C">
        <w:rPr>
          <w:spacing w:val="-1"/>
          <w:lang w:val="ru-RU"/>
        </w:rPr>
        <w:t>ОБЕСПЕЧЕНИЕ</w:t>
      </w:r>
      <w:r w:rsidRPr="00766E9C">
        <w:rPr>
          <w:spacing w:val="-14"/>
          <w:lang w:val="ru-RU"/>
        </w:rPr>
        <w:t xml:space="preserve"> </w:t>
      </w:r>
      <w:r w:rsidRPr="00766E9C">
        <w:rPr>
          <w:lang w:val="ru-RU"/>
        </w:rPr>
        <w:t>ОБРАЗОВАТЕЛЬНОГО</w:t>
      </w:r>
      <w:r w:rsidRPr="00766E9C">
        <w:rPr>
          <w:spacing w:val="-11"/>
          <w:lang w:val="ru-RU"/>
        </w:rPr>
        <w:t xml:space="preserve"> </w:t>
      </w:r>
      <w:r w:rsidRPr="00766E9C">
        <w:rPr>
          <w:lang w:val="ru-RU"/>
        </w:rPr>
        <w:t>ПРОЦЕССА</w:t>
      </w:r>
    </w:p>
    <w:p w:rsidR="00D63D5A" w:rsidRPr="00766E9C" w:rsidRDefault="00D63D5A" w:rsidP="00D63D5A">
      <w:pPr>
        <w:pStyle w:val="af"/>
        <w:rPr>
          <w:b/>
          <w:sz w:val="29"/>
          <w:lang w:val="ru-RU"/>
        </w:rPr>
      </w:pPr>
    </w:p>
    <w:p w:rsidR="00D63D5A" w:rsidRPr="00766E9C" w:rsidRDefault="00D63D5A" w:rsidP="00D63D5A">
      <w:pPr>
        <w:ind w:left="107"/>
        <w:rPr>
          <w:b/>
          <w:sz w:val="24"/>
          <w:lang w:val="ru-RU"/>
        </w:rPr>
      </w:pPr>
      <w:r w:rsidRPr="00766E9C">
        <w:rPr>
          <w:b/>
          <w:sz w:val="24"/>
          <w:lang w:val="ru-RU"/>
        </w:rPr>
        <w:t>УЧЕБНОЕ</w:t>
      </w:r>
      <w:r w:rsidRPr="00766E9C">
        <w:rPr>
          <w:b/>
          <w:spacing w:val="-14"/>
          <w:sz w:val="24"/>
          <w:lang w:val="ru-RU"/>
        </w:rPr>
        <w:t xml:space="preserve"> </w:t>
      </w:r>
      <w:r w:rsidRPr="00766E9C">
        <w:rPr>
          <w:b/>
          <w:sz w:val="24"/>
          <w:lang w:val="ru-RU"/>
        </w:rPr>
        <w:t>ОБОРУДОВАНИЕ</w:t>
      </w:r>
    </w:p>
    <w:p w:rsidR="00D63D5A" w:rsidRPr="00766E9C" w:rsidRDefault="00D63D5A" w:rsidP="00D63D5A">
      <w:pPr>
        <w:pStyle w:val="af"/>
        <w:spacing w:before="156"/>
        <w:rPr>
          <w:lang w:val="ru-RU"/>
        </w:rPr>
      </w:pPr>
      <w:r w:rsidRPr="00766E9C">
        <w:rPr>
          <w:lang w:val="ru-RU"/>
        </w:rPr>
        <w:t>Краски</w:t>
      </w:r>
      <w:r w:rsidRPr="00766E9C">
        <w:rPr>
          <w:spacing w:val="-6"/>
          <w:lang w:val="ru-RU"/>
        </w:rPr>
        <w:t xml:space="preserve"> </w:t>
      </w:r>
      <w:r w:rsidRPr="00766E9C">
        <w:rPr>
          <w:lang w:val="ru-RU"/>
        </w:rPr>
        <w:t>(акварельные</w:t>
      </w:r>
      <w:r w:rsidRPr="00766E9C">
        <w:rPr>
          <w:spacing w:val="-6"/>
          <w:lang w:val="ru-RU"/>
        </w:rPr>
        <w:t xml:space="preserve"> </w:t>
      </w:r>
      <w:r w:rsidRPr="00766E9C">
        <w:rPr>
          <w:lang w:val="ru-RU"/>
        </w:rPr>
        <w:t>и</w:t>
      </w:r>
      <w:r w:rsidRPr="00766E9C">
        <w:rPr>
          <w:spacing w:val="-10"/>
          <w:lang w:val="ru-RU"/>
        </w:rPr>
        <w:t xml:space="preserve"> </w:t>
      </w:r>
      <w:r w:rsidRPr="00766E9C">
        <w:rPr>
          <w:lang w:val="ru-RU"/>
        </w:rPr>
        <w:t>гуашь).</w:t>
      </w:r>
      <w:r w:rsidRPr="00766E9C">
        <w:rPr>
          <w:spacing w:val="-4"/>
          <w:lang w:val="ru-RU"/>
        </w:rPr>
        <w:t xml:space="preserve"> </w:t>
      </w:r>
      <w:r w:rsidRPr="00766E9C">
        <w:rPr>
          <w:lang w:val="ru-RU"/>
        </w:rPr>
        <w:t>Карандаши.</w:t>
      </w:r>
      <w:r w:rsidRPr="00766E9C">
        <w:rPr>
          <w:spacing w:val="-7"/>
          <w:lang w:val="ru-RU"/>
        </w:rPr>
        <w:t xml:space="preserve"> </w:t>
      </w:r>
      <w:r w:rsidRPr="00766E9C">
        <w:rPr>
          <w:lang w:val="ru-RU"/>
        </w:rPr>
        <w:t>Бумага.</w:t>
      </w:r>
      <w:r w:rsidRPr="00766E9C">
        <w:rPr>
          <w:spacing w:val="-3"/>
          <w:lang w:val="ru-RU"/>
        </w:rPr>
        <w:t xml:space="preserve"> </w:t>
      </w:r>
      <w:r w:rsidRPr="00766E9C">
        <w:rPr>
          <w:lang w:val="ru-RU"/>
        </w:rPr>
        <w:t>Пластилин</w:t>
      </w:r>
      <w:r w:rsidRPr="00766E9C">
        <w:rPr>
          <w:spacing w:val="-5"/>
          <w:lang w:val="ru-RU"/>
        </w:rPr>
        <w:t xml:space="preserve"> </w:t>
      </w:r>
      <w:r w:rsidRPr="00766E9C">
        <w:rPr>
          <w:lang w:val="ru-RU"/>
        </w:rPr>
        <w:t>и</w:t>
      </w:r>
      <w:r w:rsidRPr="00766E9C">
        <w:rPr>
          <w:spacing w:val="-11"/>
          <w:lang w:val="ru-RU"/>
        </w:rPr>
        <w:t xml:space="preserve"> </w:t>
      </w:r>
      <w:r w:rsidRPr="00766E9C">
        <w:rPr>
          <w:lang w:val="ru-RU"/>
        </w:rPr>
        <w:t>пластическая</w:t>
      </w:r>
      <w:r w:rsidRPr="00766E9C">
        <w:rPr>
          <w:spacing w:val="-5"/>
          <w:lang w:val="ru-RU"/>
        </w:rPr>
        <w:t xml:space="preserve"> </w:t>
      </w:r>
      <w:r w:rsidRPr="00766E9C">
        <w:rPr>
          <w:lang w:val="ru-RU"/>
        </w:rPr>
        <w:t>масса.</w:t>
      </w:r>
      <w:r w:rsidRPr="00766E9C">
        <w:rPr>
          <w:spacing w:val="-4"/>
          <w:lang w:val="ru-RU"/>
        </w:rPr>
        <w:t xml:space="preserve"> </w:t>
      </w:r>
      <w:r w:rsidRPr="00766E9C">
        <w:rPr>
          <w:lang w:val="ru-RU"/>
        </w:rPr>
        <w:t>Глина.</w:t>
      </w:r>
    </w:p>
    <w:p w:rsidR="00D63D5A" w:rsidRPr="00766E9C" w:rsidRDefault="00D63D5A" w:rsidP="00D63D5A">
      <w:pPr>
        <w:pStyle w:val="af"/>
        <w:spacing w:before="9"/>
        <w:rPr>
          <w:lang w:val="ru-RU"/>
        </w:rPr>
      </w:pPr>
    </w:p>
    <w:p w:rsidR="00D63D5A" w:rsidRPr="00766E9C" w:rsidRDefault="00D63D5A" w:rsidP="00D63D5A">
      <w:pPr>
        <w:pStyle w:val="1"/>
        <w:spacing w:before="0" w:line="292" w:lineRule="auto"/>
        <w:rPr>
          <w:lang w:val="ru-RU"/>
        </w:rPr>
      </w:pPr>
      <w:r w:rsidRPr="00766E9C">
        <w:rPr>
          <w:spacing w:val="-1"/>
          <w:lang w:val="ru-RU"/>
        </w:rPr>
        <w:t>ОБОРУДОВАНИЕ</w:t>
      </w:r>
      <w:r w:rsidRPr="00766E9C">
        <w:rPr>
          <w:spacing w:val="-14"/>
          <w:lang w:val="ru-RU"/>
        </w:rPr>
        <w:t xml:space="preserve"> </w:t>
      </w:r>
      <w:r w:rsidRPr="00766E9C">
        <w:rPr>
          <w:spacing w:val="-1"/>
          <w:lang w:val="ru-RU"/>
        </w:rPr>
        <w:t>ДЛЯ</w:t>
      </w:r>
      <w:r w:rsidRPr="00766E9C">
        <w:rPr>
          <w:spacing w:val="-10"/>
          <w:lang w:val="ru-RU"/>
        </w:rPr>
        <w:t xml:space="preserve"> </w:t>
      </w:r>
      <w:r w:rsidRPr="00766E9C">
        <w:rPr>
          <w:spacing w:val="-1"/>
          <w:lang w:val="ru-RU"/>
        </w:rPr>
        <w:t>ПРОВЕДЕНИЯ</w:t>
      </w:r>
      <w:r w:rsidRPr="00766E9C">
        <w:rPr>
          <w:spacing w:val="-9"/>
          <w:lang w:val="ru-RU"/>
        </w:rPr>
        <w:t xml:space="preserve"> </w:t>
      </w:r>
      <w:r w:rsidRPr="00766E9C">
        <w:rPr>
          <w:lang w:val="ru-RU"/>
        </w:rPr>
        <w:t>ЛАБОРАТОРНЫХ,</w:t>
      </w:r>
      <w:r w:rsidRPr="00766E9C">
        <w:rPr>
          <w:spacing w:val="-7"/>
          <w:lang w:val="ru-RU"/>
        </w:rPr>
        <w:t xml:space="preserve"> </w:t>
      </w:r>
      <w:r w:rsidRPr="00766E9C">
        <w:rPr>
          <w:lang w:val="ru-RU"/>
        </w:rPr>
        <w:t>ПРАКТИЧЕСКИХ</w:t>
      </w:r>
      <w:r w:rsidRPr="00766E9C">
        <w:rPr>
          <w:spacing w:val="-8"/>
          <w:lang w:val="ru-RU"/>
        </w:rPr>
        <w:t xml:space="preserve"> </w:t>
      </w:r>
      <w:r w:rsidRPr="00766E9C">
        <w:rPr>
          <w:lang w:val="ru-RU"/>
        </w:rPr>
        <w:t>РАБОТ,</w:t>
      </w:r>
      <w:r w:rsidRPr="00766E9C">
        <w:rPr>
          <w:spacing w:val="-57"/>
          <w:lang w:val="ru-RU"/>
        </w:rPr>
        <w:t xml:space="preserve"> </w:t>
      </w:r>
      <w:r w:rsidRPr="00766E9C">
        <w:rPr>
          <w:lang w:val="ru-RU"/>
        </w:rPr>
        <w:t>ДЕМОНСТРАЦИЙ</w:t>
      </w:r>
    </w:p>
    <w:p w:rsidR="00766E9C" w:rsidRPr="00D63D5A" w:rsidRDefault="00D63D5A" w:rsidP="00D63D5A">
      <w:pPr>
        <w:pStyle w:val="af"/>
        <w:spacing w:before="81"/>
        <w:rPr>
          <w:lang w:val="ru-RU"/>
        </w:rPr>
        <w:sectPr w:rsidR="00766E9C" w:rsidRPr="00D63D5A" w:rsidSect="00766E9C">
          <w:pgSz w:w="11900" w:h="16840"/>
          <w:pgMar w:top="298" w:right="650" w:bottom="709" w:left="666" w:header="720" w:footer="720" w:gutter="0"/>
          <w:cols w:space="720" w:equalWidth="0">
            <w:col w:w="10584" w:space="0"/>
          </w:cols>
          <w:docGrid w:linePitch="360"/>
        </w:sectPr>
      </w:pPr>
      <w:r w:rsidRPr="00766E9C">
        <w:rPr>
          <w:lang w:val="ru-RU"/>
        </w:rPr>
        <w:t>Интерактивная</w:t>
      </w:r>
      <w:r w:rsidRPr="00766E9C">
        <w:rPr>
          <w:spacing w:val="-9"/>
          <w:lang w:val="ru-RU"/>
        </w:rPr>
        <w:t xml:space="preserve"> </w:t>
      </w:r>
      <w:r w:rsidRPr="00766E9C">
        <w:rPr>
          <w:lang w:val="ru-RU"/>
        </w:rPr>
        <w:t>доска.</w:t>
      </w:r>
      <w:r w:rsidRPr="00766E9C">
        <w:rPr>
          <w:spacing w:val="-7"/>
          <w:lang w:val="ru-RU"/>
        </w:rPr>
        <w:t xml:space="preserve"> </w:t>
      </w:r>
      <w:proofErr w:type="spellStart"/>
      <w:r>
        <w:t>Комплекты</w:t>
      </w:r>
      <w:proofErr w:type="spellEnd"/>
      <w:r>
        <w:rPr>
          <w:spacing w:val="-7"/>
        </w:rPr>
        <w:t xml:space="preserve"> </w:t>
      </w:r>
      <w:proofErr w:type="spellStart"/>
      <w:r>
        <w:t>репродукци</w:t>
      </w:r>
      <w:proofErr w:type="spellEnd"/>
      <w:r>
        <w:rPr>
          <w:lang w:val="ru-RU"/>
        </w:rPr>
        <w:t>й</w:t>
      </w:r>
    </w:p>
    <w:p w:rsidR="002019D4" w:rsidRPr="002019D4" w:rsidRDefault="002019D4" w:rsidP="00D63D5A">
      <w:pPr>
        <w:rPr>
          <w:lang w:val="ru-RU"/>
        </w:rPr>
      </w:pPr>
    </w:p>
    <w:sectPr w:rsidR="002019D4" w:rsidRPr="002019D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9A06DE"/>
    <w:multiLevelType w:val="hybridMultilevel"/>
    <w:tmpl w:val="5C6AD2A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19D4"/>
    <w:rsid w:val="0029639D"/>
    <w:rsid w:val="00326F90"/>
    <w:rsid w:val="00745D65"/>
    <w:rsid w:val="00766E9C"/>
    <w:rsid w:val="00AA1D8D"/>
    <w:rsid w:val="00B47730"/>
    <w:rsid w:val="00CB0664"/>
    <w:rsid w:val="00D63D5A"/>
    <w:rsid w:val="00F207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93E8387-E054-4D24-96DC-A9D31CBE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2019D4"/>
    <w:pPr>
      <w:widowControl w:val="0"/>
      <w:autoSpaceDE w:val="0"/>
      <w:autoSpaceDN w:val="0"/>
      <w:spacing w:before="61" w:after="0" w:line="240" w:lineRule="auto"/>
      <w:ind w:left="88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semiHidden/>
    <w:unhideWhenUsed/>
    <w:rsid w:val="00201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5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/vasnecov/ru" TargetMode="External"/><Relationship Id="rId21" Type="http://schemas.openxmlformats.org/officeDocument/2006/relationships/hyperlink" Target="http://www/vasnecov/ru" TargetMode="External"/><Relationship Id="rId42" Type="http://schemas.openxmlformats.org/officeDocument/2006/relationships/hyperlink" Target="http://www/vasnecov/ru" TargetMode="External"/><Relationship Id="rId63" Type="http://schemas.openxmlformats.org/officeDocument/2006/relationships/hyperlink" Target="http://www/vasnecov/ru" TargetMode="External"/><Relationship Id="rId84" Type="http://schemas.openxmlformats.org/officeDocument/2006/relationships/hyperlink" Target="http://www/vasnecov/ru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moikompas/ru/tags/plastilin" TargetMode="External"/><Relationship Id="rId107" Type="http://schemas.openxmlformats.org/officeDocument/2006/relationships/hyperlink" Target="http://art.thelib.ru/culture/pictures/iskusstvo_yaponii.html" TargetMode="External"/><Relationship Id="rId11" Type="http://schemas.openxmlformats.org/officeDocument/2006/relationships/hyperlink" Target="http://art.thelib.ru/culture/pictures/iskusstvo_yaponii.html" TargetMode="External"/><Relationship Id="rId32" Type="http://schemas.openxmlformats.org/officeDocument/2006/relationships/hyperlink" Target="http://art.thelib.ru/culture/pictures/iskusstvo_yaponii.html" TargetMode="External"/><Relationship Id="rId37" Type="http://schemas.openxmlformats.org/officeDocument/2006/relationships/hyperlink" Target="http://moikompas/ru/tags/plastilin" TargetMode="External"/><Relationship Id="rId53" Type="http://schemas.openxmlformats.org/officeDocument/2006/relationships/hyperlink" Target="http://art.thelib.ru/culture/pictures/iskusstvo_yaponii.html" TargetMode="External"/><Relationship Id="rId58" Type="http://schemas.openxmlformats.org/officeDocument/2006/relationships/hyperlink" Target="http://moikompas/ru/tags/plastilin" TargetMode="External"/><Relationship Id="rId74" Type="http://schemas.openxmlformats.org/officeDocument/2006/relationships/hyperlink" Target="http://art.thelib.ru/culture/pictures/iskusstvo_yaponii.html" TargetMode="External"/><Relationship Id="rId79" Type="http://schemas.openxmlformats.org/officeDocument/2006/relationships/hyperlink" Target="http://moikompas/ru/tags/plastilin" TargetMode="External"/><Relationship Id="rId102" Type="http://schemas.openxmlformats.org/officeDocument/2006/relationships/hyperlink" Target="http://www/vasnecov/ru" TargetMode="External"/><Relationship Id="rId123" Type="http://schemas.openxmlformats.org/officeDocument/2006/relationships/hyperlink" Target="http://www/vasnecov/ru" TargetMode="External"/><Relationship Id="rId128" Type="http://schemas.openxmlformats.org/officeDocument/2006/relationships/hyperlink" Target="http://art.thelib.ru/culture/pictures/iskusstvo_yaponii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/vasnecov/ru" TargetMode="External"/><Relationship Id="rId95" Type="http://schemas.openxmlformats.org/officeDocument/2006/relationships/hyperlink" Target="http://art.thelib.ru/culture/pictures/iskusstvo_yaponii.html" TargetMode="External"/><Relationship Id="rId22" Type="http://schemas.openxmlformats.org/officeDocument/2006/relationships/hyperlink" Target="http://moikompas/ru/tags/plastilin" TargetMode="External"/><Relationship Id="rId27" Type="http://schemas.openxmlformats.org/officeDocument/2006/relationships/hyperlink" Target="http://www/vasnecov/ru" TargetMode="External"/><Relationship Id="rId43" Type="http://schemas.openxmlformats.org/officeDocument/2006/relationships/hyperlink" Target="http://moikompas/ru/tags/plastilin" TargetMode="External"/><Relationship Id="rId48" Type="http://schemas.openxmlformats.org/officeDocument/2006/relationships/hyperlink" Target="http://www/vasnecov/ru" TargetMode="External"/><Relationship Id="rId64" Type="http://schemas.openxmlformats.org/officeDocument/2006/relationships/hyperlink" Target="http://moikompas/ru/tags/plastilin" TargetMode="External"/><Relationship Id="rId69" Type="http://schemas.openxmlformats.org/officeDocument/2006/relationships/hyperlink" Target="http://www/vasnecov/ru" TargetMode="External"/><Relationship Id="rId113" Type="http://schemas.openxmlformats.org/officeDocument/2006/relationships/hyperlink" Target="http://art.thelib.ru/culture/pictures/iskusstvo_yaponii.html" TargetMode="External"/><Relationship Id="rId118" Type="http://schemas.openxmlformats.org/officeDocument/2006/relationships/hyperlink" Target="http://moikompas/ru/tags/plastilin" TargetMode="External"/><Relationship Id="rId134" Type="http://schemas.openxmlformats.org/officeDocument/2006/relationships/hyperlink" Target="http://moikompas/ru/tags/plastilin" TargetMode="External"/><Relationship Id="rId80" Type="http://schemas.openxmlformats.org/officeDocument/2006/relationships/hyperlink" Target="http://art.thelib.ru/culture/pictures/iskusstvo_yaponii.html" TargetMode="External"/><Relationship Id="rId85" Type="http://schemas.openxmlformats.org/officeDocument/2006/relationships/hyperlink" Target="http://moikompas/ru/tags/plastilin" TargetMode="External"/><Relationship Id="rId12" Type="http://schemas.openxmlformats.org/officeDocument/2006/relationships/hyperlink" Target="http://www/vasnecov/ru" TargetMode="External"/><Relationship Id="rId17" Type="http://schemas.openxmlformats.org/officeDocument/2006/relationships/hyperlink" Target="http://art.thelib.ru/culture/pictures/iskusstvo_yaponii.html" TargetMode="External"/><Relationship Id="rId33" Type="http://schemas.openxmlformats.org/officeDocument/2006/relationships/hyperlink" Target="http://www/vasnecov/ru" TargetMode="External"/><Relationship Id="rId38" Type="http://schemas.openxmlformats.org/officeDocument/2006/relationships/hyperlink" Target="http://art.thelib.ru/culture/pictures/iskusstvo_yaponii.html" TargetMode="External"/><Relationship Id="rId59" Type="http://schemas.openxmlformats.org/officeDocument/2006/relationships/hyperlink" Target="http://art.thelib.ru/culture/pictures/iskusstvo_yaponii.html" TargetMode="External"/><Relationship Id="rId103" Type="http://schemas.openxmlformats.org/officeDocument/2006/relationships/hyperlink" Target="http://moikompas/ru/tags/plastilin" TargetMode="External"/><Relationship Id="rId108" Type="http://schemas.openxmlformats.org/officeDocument/2006/relationships/hyperlink" Target="http://www/vasnecov/ru" TargetMode="External"/><Relationship Id="rId124" Type="http://schemas.openxmlformats.org/officeDocument/2006/relationships/hyperlink" Target="http://moikompas/ru/tags/plastilin" TargetMode="External"/><Relationship Id="rId129" Type="http://schemas.openxmlformats.org/officeDocument/2006/relationships/hyperlink" Target="http://www/vasnecov/ru" TargetMode="External"/><Relationship Id="rId54" Type="http://schemas.openxmlformats.org/officeDocument/2006/relationships/hyperlink" Target="http://www/vasnecov/ru" TargetMode="External"/><Relationship Id="rId70" Type="http://schemas.openxmlformats.org/officeDocument/2006/relationships/hyperlink" Target="http://moikompas/ru/tags/plastilin" TargetMode="External"/><Relationship Id="rId75" Type="http://schemas.openxmlformats.org/officeDocument/2006/relationships/hyperlink" Target="http://www/vasnecov/ru" TargetMode="External"/><Relationship Id="rId91" Type="http://schemas.openxmlformats.org/officeDocument/2006/relationships/hyperlink" Target="http://moikompas/ru/tags/plastilin" TargetMode="External"/><Relationship Id="rId96" Type="http://schemas.openxmlformats.org/officeDocument/2006/relationships/hyperlink" Target="http://www/vasnecov/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http://art.thelib.ru/culture/pictures/iskusstvo_yaponii.html" TargetMode="External"/><Relationship Id="rId28" Type="http://schemas.openxmlformats.org/officeDocument/2006/relationships/hyperlink" Target="http://moikompas/ru/tags/plastilin" TargetMode="External"/><Relationship Id="rId49" Type="http://schemas.openxmlformats.org/officeDocument/2006/relationships/hyperlink" Target="http://moikompas/ru/tags/plastilin" TargetMode="External"/><Relationship Id="rId114" Type="http://schemas.openxmlformats.org/officeDocument/2006/relationships/hyperlink" Target="http://www/vasnecov/ru" TargetMode="External"/><Relationship Id="rId119" Type="http://schemas.openxmlformats.org/officeDocument/2006/relationships/hyperlink" Target="http://art.thelib.ru/culture/pictures/iskusstvo_yaponii.html" TargetMode="External"/><Relationship Id="rId44" Type="http://schemas.openxmlformats.org/officeDocument/2006/relationships/hyperlink" Target="http://art.thelib.ru/culture/pictures/iskusstvo_yaponii.html" TargetMode="External"/><Relationship Id="rId60" Type="http://schemas.openxmlformats.org/officeDocument/2006/relationships/hyperlink" Target="http://www/vasnecov/ru" TargetMode="External"/><Relationship Id="rId65" Type="http://schemas.openxmlformats.org/officeDocument/2006/relationships/hyperlink" Target="http://art.thelib.ru/culture/pictures/iskusstvo_yaponii.html" TargetMode="External"/><Relationship Id="rId81" Type="http://schemas.openxmlformats.org/officeDocument/2006/relationships/hyperlink" Target="http://www/vasnecov/ru" TargetMode="External"/><Relationship Id="rId86" Type="http://schemas.openxmlformats.org/officeDocument/2006/relationships/hyperlink" Target="http://art.thelib.ru/culture/pictures/iskusstvo_yaponii.html" TargetMode="External"/><Relationship Id="rId130" Type="http://schemas.openxmlformats.org/officeDocument/2006/relationships/hyperlink" Target="http://moikompas/ru/tags/plastilin" TargetMode="External"/><Relationship Id="rId135" Type="http://schemas.openxmlformats.org/officeDocument/2006/relationships/hyperlink" Target="http://art.thelib.ru/culture/pictures/iskusstvo_yaponii.html" TargetMode="External"/><Relationship Id="rId13" Type="http://schemas.openxmlformats.org/officeDocument/2006/relationships/hyperlink" Target="http://moikompas/ru/tags/plastilin" TargetMode="External"/><Relationship Id="rId18" Type="http://schemas.openxmlformats.org/officeDocument/2006/relationships/hyperlink" Target="http://www/vasnecov/ru" TargetMode="External"/><Relationship Id="rId39" Type="http://schemas.openxmlformats.org/officeDocument/2006/relationships/hyperlink" Target="http://www/vasnecov/ru" TargetMode="External"/><Relationship Id="rId109" Type="http://schemas.openxmlformats.org/officeDocument/2006/relationships/hyperlink" Target="http://moikompas/ru/tags/plastilin" TargetMode="External"/><Relationship Id="rId34" Type="http://schemas.openxmlformats.org/officeDocument/2006/relationships/hyperlink" Target="http://moikompas/ru/tags/plastilin" TargetMode="External"/><Relationship Id="rId50" Type="http://schemas.openxmlformats.org/officeDocument/2006/relationships/hyperlink" Target="http://art.thelib.ru/culture/pictures/iskusstvo_yaponii.html" TargetMode="External"/><Relationship Id="rId55" Type="http://schemas.openxmlformats.org/officeDocument/2006/relationships/hyperlink" Target="http://moikompas/ru/tags/plastilin" TargetMode="External"/><Relationship Id="rId76" Type="http://schemas.openxmlformats.org/officeDocument/2006/relationships/hyperlink" Target="http://moikompas/ru/tags/plastilin" TargetMode="External"/><Relationship Id="rId97" Type="http://schemas.openxmlformats.org/officeDocument/2006/relationships/hyperlink" Target="http://moikompas/ru/tags/plastilin" TargetMode="External"/><Relationship Id="rId104" Type="http://schemas.openxmlformats.org/officeDocument/2006/relationships/hyperlink" Target="http://art.thelib.ru/culture/pictures/iskusstvo_yaponii.html" TargetMode="External"/><Relationship Id="rId120" Type="http://schemas.openxmlformats.org/officeDocument/2006/relationships/hyperlink" Target="http://www/vasnecov/ru" TargetMode="External"/><Relationship Id="rId125" Type="http://schemas.openxmlformats.org/officeDocument/2006/relationships/hyperlink" Target="http://art.thelib.ru/culture/pictures/iskusstvo_yaponii.html" TargetMode="External"/><Relationship Id="rId7" Type="http://schemas.openxmlformats.org/officeDocument/2006/relationships/hyperlink" Target="http://moikompas/ru/tags/plastilin" TargetMode="External"/><Relationship Id="rId71" Type="http://schemas.openxmlformats.org/officeDocument/2006/relationships/hyperlink" Target="http://art.thelib.ru/culture/pictures/iskusstvo_yaponii.html" TargetMode="External"/><Relationship Id="rId92" Type="http://schemas.openxmlformats.org/officeDocument/2006/relationships/hyperlink" Target="http://art.thelib.ru/culture/pictures/iskusstvo_yaponii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art.thelib.ru/culture/pictures/iskusstvo_yaponii.html" TargetMode="External"/><Relationship Id="rId24" Type="http://schemas.openxmlformats.org/officeDocument/2006/relationships/hyperlink" Target="http://www/vasnecov/ru" TargetMode="External"/><Relationship Id="rId40" Type="http://schemas.openxmlformats.org/officeDocument/2006/relationships/hyperlink" Target="http://moikompas/ru/tags/plastilin" TargetMode="External"/><Relationship Id="rId45" Type="http://schemas.openxmlformats.org/officeDocument/2006/relationships/hyperlink" Target="http://www/vasnecov/ru" TargetMode="External"/><Relationship Id="rId66" Type="http://schemas.openxmlformats.org/officeDocument/2006/relationships/hyperlink" Target="http://www/vasnecov/ru" TargetMode="External"/><Relationship Id="rId87" Type="http://schemas.openxmlformats.org/officeDocument/2006/relationships/hyperlink" Target="http://www/vasnecov/ru" TargetMode="External"/><Relationship Id="rId110" Type="http://schemas.openxmlformats.org/officeDocument/2006/relationships/hyperlink" Target="http://art.thelib.ru/culture/pictures/iskusstvo_yaponii.html" TargetMode="External"/><Relationship Id="rId115" Type="http://schemas.openxmlformats.org/officeDocument/2006/relationships/hyperlink" Target="http://moikompas/ru/tags/plastilin" TargetMode="External"/><Relationship Id="rId131" Type="http://schemas.openxmlformats.org/officeDocument/2006/relationships/hyperlink" Target="http://art.thelib.ru/culture/pictures/iskusstvo_yaponii.html" TargetMode="External"/><Relationship Id="rId136" Type="http://schemas.openxmlformats.org/officeDocument/2006/relationships/hyperlink" Target="http://www/vasnecov/ru" TargetMode="External"/><Relationship Id="rId61" Type="http://schemas.openxmlformats.org/officeDocument/2006/relationships/hyperlink" Target="http://moikompas/ru/tags/plastilin" TargetMode="External"/><Relationship Id="rId82" Type="http://schemas.openxmlformats.org/officeDocument/2006/relationships/hyperlink" Target="http://moikompas/ru/tags/plastilin" TargetMode="External"/><Relationship Id="rId19" Type="http://schemas.openxmlformats.org/officeDocument/2006/relationships/hyperlink" Target="http://moikompas/ru/tags/plastilin" TargetMode="External"/><Relationship Id="rId14" Type="http://schemas.openxmlformats.org/officeDocument/2006/relationships/hyperlink" Target="http://art.thelib.ru/culture/pictures/iskusstvo_yaponii.html" TargetMode="External"/><Relationship Id="rId30" Type="http://schemas.openxmlformats.org/officeDocument/2006/relationships/hyperlink" Target="http://www/vasnecov/ru" TargetMode="External"/><Relationship Id="rId35" Type="http://schemas.openxmlformats.org/officeDocument/2006/relationships/hyperlink" Target="http://art.thelib.ru/culture/pictures/iskusstvo_yaponii.html" TargetMode="External"/><Relationship Id="rId56" Type="http://schemas.openxmlformats.org/officeDocument/2006/relationships/hyperlink" Target="http://art.thelib.ru/culture/pictures/iskusstvo_yaponii.html" TargetMode="External"/><Relationship Id="rId77" Type="http://schemas.openxmlformats.org/officeDocument/2006/relationships/hyperlink" Target="http://art.thelib.ru/culture/pictures/iskusstvo_yaponii.html" TargetMode="External"/><Relationship Id="rId100" Type="http://schemas.openxmlformats.org/officeDocument/2006/relationships/hyperlink" Target="http://moikompas/ru/tags/plastilin" TargetMode="External"/><Relationship Id="rId105" Type="http://schemas.openxmlformats.org/officeDocument/2006/relationships/hyperlink" Target="http://www/vasnecov/ru" TargetMode="External"/><Relationship Id="rId126" Type="http://schemas.openxmlformats.org/officeDocument/2006/relationships/hyperlink" Target="http://www/vasnecov/ru" TargetMode="External"/><Relationship Id="rId8" Type="http://schemas.openxmlformats.org/officeDocument/2006/relationships/hyperlink" Target="http://art.thelib.ru/culture/pictures/iskusstvo_yaponii.html" TargetMode="External"/><Relationship Id="rId51" Type="http://schemas.openxmlformats.org/officeDocument/2006/relationships/hyperlink" Target="http://www/vasnecov/ru" TargetMode="External"/><Relationship Id="rId72" Type="http://schemas.openxmlformats.org/officeDocument/2006/relationships/hyperlink" Target="http://www/vasnecov/ru" TargetMode="External"/><Relationship Id="rId93" Type="http://schemas.openxmlformats.org/officeDocument/2006/relationships/hyperlink" Target="http://www/vasnecov/ru" TargetMode="External"/><Relationship Id="rId98" Type="http://schemas.openxmlformats.org/officeDocument/2006/relationships/hyperlink" Target="http://art.thelib.ru/culture/pictures/iskusstvo_yaponii.html" TargetMode="External"/><Relationship Id="rId121" Type="http://schemas.openxmlformats.org/officeDocument/2006/relationships/hyperlink" Target="http://moikompas/ru/tags/plastilin" TargetMode="External"/><Relationship Id="rId3" Type="http://schemas.openxmlformats.org/officeDocument/2006/relationships/styles" Target="styles.xml"/><Relationship Id="rId25" Type="http://schemas.openxmlformats.org/officeDocument/2006/relationships/hyperlink" Target="http://moikompas/ru/tags/plastilin" TargetMode="External"/><Relationship Id="rId46" Type="http://schemas.openxmlformats.org/officeDocument/2006/relationships/hyperlink" Target="http://moikompas/ru/tags/plastilin" TargetMode="External"/><Relationship Id="rId67" Type="http://schemas.openxmlformats.org/officeDocument/2006/relationships/hyperlink" Target="http://moikompas/ru/tags/plastilin" TargetMode="External"/><Relationship Id="rId116" Type="http://schemas.openxmlformats.org/officeDocument/2006/relationships/hyperlink" Target="http://art.thelib.ru/culture/pictures/iskusstvo_yaponii.html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art.thelib.ru/culture/pictures/iskusstvo_yaponii.html" TargetMode="External"/><Relationship Id="rId41" Type="http://schemas.openxmlformats.org/officeDocument/2006/relationships/hyperlink" Target="http://art.thelib.ru/culture/pictures/iskusstvo_yaponii.html" TargetMode="External"/><Relationship Id="rId62" Type="http://schemas.openxmlformats.org/officeDocument/2006/relationships/hyperlink" Target="http://art.thelib.ru/culture/pictures/iskusstvo_yaponii.html" TargetMode="External"/><Relationship Id="rId83" Type="http://schemas.openxmlformats.org/officeDocument/2006/relationships/hyperlink" Target="http://art.thelib.ru/culture/pictures/iskusstvo_yaponii.html" TargetMode="External"/><Relationship Id="rId88" Type="http://schemas.openxmlformats.org/officeDocument/2006/relationships/hyperlink" Target="http://moikompas/ru/tags/plastilin" TargetMode="External"/><Relationship Id="rId111" Type="http://schemas.openxmlformats.org/officeDocument/2006/relationships/hyperlink" Target="http://www/vasnecov/ru" TargetMode="External"/><Relationship Id="rId132" Type="http://schemas.openxmlformats.org/officeDocument/2006/relationships/hyperlink" Target="http://www/vasnecov/ru" TargetMode="External"/><Relationship Id="rId15" Type="http://schemas.openxmlformats.org/officeDocument/2006/relationships/hyperlink" Target="http://www/vasnecov/ru" TargetMode="External"/><Relationship Id="rId36" Type="http://schemas.openxmlformats.org/officeDocument/2006/relationships/hyperlink" Target="http://www/vasnecov/ru" TargetMode="External"/><Relationship Id="rId57" Type="http://schemas.openxmlformats.org/officeDocument/2006/relationships/hyperlink" Target="http://www/vasnecov/ru" TargetMode="External"/><Relationship Id="rId106" Type="http://schemas.openxmlformats.org/officeDocument/2006/relationships/hyperlink" Target="http://moikompas/ru/tags/plastilin" TargetMode="External"/><Relationship Id="rId127" Type="http://schemas.openxmlformats.org/officeDocument/2006/relationships/hyperlink" Target="http://moikompas/ru/tags/plastilin" TargetMode="External"/><Relationship Id="rId10" Type="http://schemas.openxmlformats.org/officeDocument/2006/relationships/hyperlink" Target="http://moikompas/ru/tags/plastilin" TargetMode="External"/><Relationship Id="rId31" Type="http://schemas.openxmlformats.org/officeDocument/2006/relationships/hyperlink" Target="http://moikompas/ru/tags/plastilin" TargetMode="External"/><Relationship Id="rId52" Type="http://schemas.openxmlformats.org/officeDocument/2006/relationships/hyperlink" Target="http://moikompas/ru/tags/plastilin" TargetMode="External"/><Relationship Id="rId73" Type="http://schemas.openxmlformats.org/officeDocument/2006/relationships/hyperlink" Target="http://moikompas/ru/tags/plastilin" TargetMode="External"/><Relationship Id="rId78" Type="http://schemas.openxmlformats.org/officeDocument/2006/relationships/hyperlink" Target="http://www/vasnecov/ru" TargetMode="External"/><Relationship Id="rId94" Type="http://schemas.openxmlformats.org/officeDocument/2006/relationships/hyperlink" Target="http://moikompas/ru/tags/plastilin" TargetMode="External"/><Relationship Id="rId99" Type="http://schemas.openxmlformats.org/officeDocument/2006/relationships/hyperlink" Target="http://www/vasnecov/ru" TargetMode="External"/><Relationship Id="rId101" Type="http://schemas.openxmlformats.org/officeDocument/2006/relationships/hyperlink" Target="http://art.thelib.ru/culture/pictures/iskusstvo_yaponii.html" TargetMode="External"/><Relationship Id="rId122" Type="http://schemas.openxmlformats.org/officeDocument/2006/relationships/hyperlink" Target="http://art.thelib.ru/culture/pictures/iskusstvo_yapon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vasnecov/ru" TargetMode="External"/><Relationship Id="rId26" Type="http://schemas.openxmlformats.org/officeDocument/2006/relationships/hyperlink" Target="http://art.thelib.ru/culture/pictures/iskusstvo_yaponii.html" TargetMode="External"/><Relationship Id="rId47" Type="http://schemas.openxmlformats.org/officeDocument/2006/relationships/hyperlink" Target="http://art.thelib.ru/culture/pictures/iskusstvo_yaponii.html" TargetMode="External"/><Relationship Id="rId68" Type="http://schemas.openxmlformats.org/officeDocument/2006/relationships/hyperlink" Target="http://art.thelib.ru/culture/pictures/iskusstvo_yaponii.html" TargetMode="External"/><Relationship Id="rId89" Type="http://schemas.openxmlformats.org/officeDocument/2006/relationships/hyperlink" Target="http://art.thelib.ru/culture/pictures/iskusstvo_yaponii.html" TargetMode="External"/><Relationship Id="rId112" Type="http://schemas.openxmlformats.org/officeDocument/2006/relationships/hyperlink" Target="http://moikompas/ru/tags/plastilin" TargetMode="External"/><Relationship Id="rId133" Type="http://schemas.openxmlformats.org/officeDocument/2006/relationships/hyperlink" Target="http://ru/wikipedia/org/w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0201CC-ACD0-41E1-9AF7-EF34CEB3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8794</Words>
  <Characters>50132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dcterms:created xsi:type="dcterms:W3CDTF">2022-10-30T17:24:00Z</dcterms:created>
  <dcterms:modified xsi:type="dcterms:W3CDTF">2023-06-14T05:18:00Z</dcterms:modified>
</cp:coreProperties>
</file>